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bidiVisual/>
        <w:tblLayout w:type="fixed"/>
        <w:tblW w:w="10546" w:type="dxa"/>
        <w:tblBorders>
          <w:top w:val="nil" w:sz="4" w:color="B9C3C5"/>
          <w:left w:val="nil" w:sz="4" w:color="B9C3C5"/>
          <w:bottom w:val="nil" w:sz="4" w:color="B9C3C5"/>
          <w:right w:val="nil" w:sz="4" w:color="B9C3C5"/>
          <w:insideH w:val="nil" w:sz="4" w:color="B9C3C5"/>
          <w:insideV w:val="nil" w:sz="4" w:color="B9C3C5"/>
        </w:tblBorders>
        <w:tblCellMar>
          <w:left w:w="80" w:type="dxa"/>
          <w:right w:w="80" w:type="dxa"/>
          <w:top w:w="20" w:type="dxa"/>
          <w:bottom w:w="20" w:type="dxa"/>
        </w:tblCellMar>
      </w:tblPr>
      <w:tblGrid>
        <w:gridCol w:w="8051"/>
        <w:gridCol w:w="2494"/>
      </w:tblGrid>
      <w:tr>
        <w:trPr>
          <w:trHeight w:val="312" w:hRule="atLeast"/>
        </w:trPr>
        <w:tc>
          <w:tcPr>
            <w:tcW w:type="dxa" w:w="8050"/>
            <w:vMerge w:val="restart"/>
            <w:vAlign w:val="center"/>
            <w:shd w:val="clear" w:color="auto" w:fill="12343B"/>
          </w:tcPr>
          <w:p>
            <w:pPr>
              <w:bidi/>
              <w:spacing w:before="0" w:after="0"/>
              <w:jc w:val="right"/>
            </w:pPr>
            <w:r>
              <w:rPr>
                <w:rFonts w:ascii="Arial" w:hAnsi="Arial"/>
                <w:b/>
                <w:color w:val="FFFFFF"/>
                <w:sz w:val="28"/>
                <w:rtl/>
                <w:szCs w:val="28"/>
                <w:bCs/>
              </w:rPr>
              <w:t>نموذج استلام وتسليم عهدة سيارة</w:t>
            </w:r>
          </w:p>
          <w:p>
            <w:pPr>
              <w:bidi/>
              <w:spacing w:before="0" w:after="0"/>
              <w:jc w:val="right"/>
            </w:pPr>
            <w:r>
              <w:rPr>
                <w:rFonts w:ascii="Arial" w:hAnsi="Arial"/>
                <w:b w:val="0"/>
                <w:color w:val="F2E6D3"/>
                <w:sz w:val="16"/>
                <w:rtl/>
                <w:szCs w:val="16"/>
              </w:rPr>
              <w:t>من سيارتي+‏ — sayartiplus.com</w:t>
            </w:r>
          </w:p>
        </w:tc>
        <w:tc>
          <w:tcPr>
            <w:tcW w:type="dxa" w:w="2494"/>
            <w:vAlign w:val="center"/>
          </w:tcPr>
          <w:p>
            <w:pPr>
              <w:bidi/>
              <w:spacing w:before="0" w:after="0"/>
              <w:jc w:val="center"/>
            </w:pPr>
            <w:r>
              <w:rPr>
                <w:rFonts w:ascii="Arial" w:hAnsi="Arial"/>
                <w:b w:val="0"/>
                <w:color w:val="12343B"/>
                <w:sz w:val="17"/>
                <w:rtl/>
                <w:szCs w:val="17"/>
              </w:rPr>
              <w:t>رقم النموذج: ________</w:t>
            </w:r>
          </w:p>
        </w:tc>
      </w:tr>
      <w:tr>
        <w:trPr>
          <w:trHeight w:val="567" w:hRule="atLeast"/>
        </w:trPr>
        <w:tc>
          <w:tcPr>
            <w:tcW w:type="dxa" w:w="8050"/>
            <w:vMerge/>
          </w:tcPr>
          <w:p/>
        </w:tc>
        <w:tc>
          <w:tcPr>
            <w:tcW w:type="dxa" w:w="2494"/>
            <w:vAlign w:val="center"/>
            <w:tcBorders>
              <w:top w:val="dashed" w:sz="6" w:color="9AA7AA"/>
              <w:bottom w:val="dashed" w:sz="6" w:color="9AA7AA"/>
              <w:left w:val="dashed" w:sz="6" w:color="9AA7AA"/>
              <w:right w:val="dashed" w:sz="6" w:color="9AA7AA"/>
            </w:tcBorders>
          </w:tcPr>
          <w:p>
            <w:pPr>
              <w:bidi/>
              <w:spacing w:before="0" w:after="0"/>
              <w:jc w:val="center"/>
            </w:pPr>
            <w:r>
              <w:rPr>
                <w:rFonts w:ascii="Arial" w:hAnsi="Arial"/>
                <w:b w:val="0"/>
                <w:color w:val="8A9699"/>
                <w:sz w:val="16"/>
                <w:rtl/>
                <w:szCs w:val="16"/>
              </w:rPr>
              <w:t>شعار الشركة</w:t>
            </w:r>
          </w:p>
        </w:tc>
      </w:tr>
    </w:tbl>
    <w:p>
      <w:pPr>
        <w:bidi/>
        <w:spacing w:before="0" w:after="0" w:line="60" w:lineRule="exact"/>
        <w:jc w:val="right"/>
      </w:pPr>
      <w:r>
        <w:rPr>
          <w:sz w:val="2"/>
        </w:rPr>
      </w:r>
    </w:p>
    <w:tbl>
      <w:tblPr>
        <w:tblW w:type="auto" w:w="0"/>
        <w:jc w:val="center"/>
        <w:tblLayout w:type="fixed"/>
        <w:tblLook w:firstColumn="1" w:firstRow="1" w:lastColumn="0" w:lastRow="0" w:noHBand="0" w:noVBand="1" w:val="04A0"/>
        <w:bidiVisual/>
        <w:tblLayout w:type="fixed"/>
        <w:tblW w:w="10546" w:type="dxa"/>
        <w:tblBorders>
          <w:top w:val="nil" w:sz="4" w:color="B9C3C5"/>
          <w:left w:val="nil" w:sz="4" w:color="B9C3C5"/>
          <w:bottom w:val="nil" w:sz="4" w:color="B9C3C5"/>
          <w:right w:val="nil" w:sz="4" w:color="B9C3C5"/>
          <w:insideH w:val="nil" w:sz="4" w:color="B9C3C5"/>
          <w:insideV w:val="nil" w:sz="4" w:color="B9C3C5"/>
        </w:tblBorders>
        <w:tblCellMar>
          <w:left w:w="80" w:type="dxa"/>
          <w:right w:w="80" w:type="dxa"/>
          <w:top w:w="20" w:type="dxa"/>
          <w:bottom w:w="20" w:type="dxa"/>
        </w:tblCellMar>
      </w:tblPr>
      <w:tblGrid>
        <w:gridCol w:w="2685"/>
        <w:gridCol w:w="2474"/>
        <w:gridCol w:w="226"/>
        <w:gridCol w:w="2685"/>
        <w:gridCol w:w="2474"/>
      </w:tblGrid>
      <w:tr>
        <w:trPr>
          <w:trHeight w:val="340" w:hRule="atLeast"/>
        </w:trPr>
        <w:tc>
          <w:tcPr>
            <w:tcW w:type="dxa" w:w="5159"/>
            <w:gridSpan w:val="2"/>
            <w:vAlign w:val="center"/>
            <w:shd w:val="clear" w:color="auto" w:fill="0E7C7B"/>
          </w:tcPr>
          <w:p>
            <w:pPr>
              <w:bidi/>
              <w:spacing w:before="0" w:after="0"/>
              <w:jc w:val="right"/>
            </w:pPr>
            <w:r>
              <w:rPr>
                <w:rFonts w:ascii="Arial" w:hAnsi="Arial"/>
                <w:b/>
                <w:color w:val="FFFFFF"/>
                <w:sz w:val="20"/>
                <w:rtl/>
                <w:szCs w:val="20"/>
                <w:bCs/>
              </w:rPr>
              <w:t>أ. بيانات الشركة والموظف</w:t>
            </w:r>
          </w:p>
        </w:tc>
        <w:tc>
          <w:tcPr>
            <w:tcW w:type="dxa" w:w="227"/>
          </w:tcPr>
          <w:p/>
        </w:tc>
        <w:tc>
          <w:tcPr>
            <w:tcW w:type="dxa" w:w="5159"/>
            <w:gridSpan w:val="2"/>
            <w:vAlign w:val="center"/>
            <w:shd w:val="clear" w:color="auto" w:fill="0E7C7B"/>
          </w:tcPr>
          <w:p>
            <w:pPr>
              <w:bidi/>
              <w:spacing w:before="0" w:after="0"/>
              <w:jc w:val="right"/>
            </w:pPr>
            <w:r>
              <w:rPr>
                <w:rFonts w:ascii="Arial" w:hAnsi="Arial"/>
                <w:b/>
                <w:color w:val="FFFFFF"/>
                <w:sz w:val="20"/>
                <w:rtl/>
                <w:szCs w:val="20"/>
                <w:bCs/>
              </w:rPr>
              <w:t>ب. بيانات السيارة</w:t>
            </w:r>
          </w:p>
        </w:tc>
      </w:tr>
      <w:tr>
        <w:trPr>
          <w:trHeight w:val="329" w:hRule="atLeast"/>
        </w:trPr>
        <w:tc>
          <w:tcPr>
            <w:tcW w:type="dxa" w:w="2685"/>
            <w:vAlign w:val="center"/>
            <w:shd w:val="clear" w:color="auto" w:fill="FAF5EC"/>
            <w:tcBorders>
              <w:top w:val="single" w:sz="4" w:color="B9C3C5"/>
              <w:bottom w:val="single" w:sz="4" w:color="B9C3C5"/>
              <w:left w:val="single" w:sz="4" w:color="B9C3C5"/>
              <w:right w:val="single" w:sz="4" w:color="B9C3C5"/>
            </w:tcBorders>
          </w:tcPr>
          <w:p>
            <w:pPr>
              <w:bidi/>
              <w:spacing w:before="0" w:after="0"/>
              <w:jc w:val="right"/>
            </w:pPr>
            <w:r>
              <w:rPr>
                <w:rFonts w:ascii="Arial" w:hAnsi="Arial"/>
                <w:b w:val="0"/>
                <w:color w:val="12343B"/>
                <w:sz w:val="16"/>
                <w:rtl/>
                <w:szCs w:val="16"/>
              </w:rPr>
              <w:t>اسم الشركة</w:t>
            </w:r>
          </w:p>
        </w:tc>
        <w:tc>
          <w:tcPr>
            <w:tcW w:type="dxa" w:w="2474"/>
            <w:tcBorders>
              <w:top w:val="single" w:sz="4" w:color="B9C3C5"/>
              <w:bottom w:val="single" w:sz="4" w:color="B9C3C5"/>
              <w:left w:val="single" w:sz="4" w:color="B9C3C5"/>
              <w:right w:val="single" w:sz="4" w:color="B9C3C5"/>
            </w:tcBorders>
          </w:tcPr>
          <w:p/>
        </w:tc>
        <w:tc>
          <w:tcPr>
            <w:tcW w:type="dxa" w:w="227"/>
          </w:tcPr>
          <w:p/>
        </w:tc>
        <w:tc>
          <w:tcPr>
            <w:tcW w:type="dxa" w:w="2685"/>
            <w:vAlign w:val="center"/>
            <w:shd w:val="clear" w:color="auto" w:fill="FAF5EC"/>
            <w:tcBorders>
              <w:top w:val="single" w:sz="4" w:color="B9C3C5"/>
              <w:bottom w:val="single" w:sz="4" w:color="B9C3C5"/>
              <w:left w:val="single" w:sz="4" w:color="B9C3C5"/>
              <w:right w:val="single" w:sz="4" w:color="B9C3C5"/>
            </w:tcBorders>
          </w:tcPr>
          <w:p>
            <w:pPr>
              <w:bidi/>
              <w:spacing w:before="0" w:after="0"/>
              <w:jc w:val="right"/>
            </w:pPr>
            <w:r>
              <w:rPr>
                <w:rFonts w:ascii="Arial" w:hAnsi="Arial"/>
                <w:b w:val="0"/>
                <w:color w:val="12343B"/>
                <w:sz w:val="16"/>
                <w:rtl/>
                <w:szCs w:val="16"/>
              </w:rPr>
              <w:t>الشركة المصنّعة والموديل</w:t>
            </w:r>
          </w:p>
        </w:tc>
        <w:tc>
          <w:tcPr>
            <w:tcW w:type="dxa" w:w="2474"/>
            <w:tcBorders>
              <w:top w:val="single" w:sz="4" w:color="B9C3C5"/>
              <w:bottom w:val="single" w:sz="4" w:color="B9C3C5"/>
              <w:left w:val="single" w:sz="4" w:color="B9C3C5"/>
              <w:right w:val="single" w:sz="4" w:color="B9C3C5"/>
            </w:tcBorders>
          </w:tcPr>
          <w:p/>
        </w:tc>
      </w:tr>
      <w:tr>
        <w:trPr>
          <w:trHeight w:val="329" w:hRule="atLeast"/>
        </w:trPr>
        <w:tc>
          <w:tcPr>
            <w:tcW w:type="dxa" w:w="2685"/>
            <w:vAlign w:val="center"/>
            <w:shd w:val="clear" w:color="auto" w:fill="FAF5EC"/>
            <w:tcBorders>
              <w:top w:val="single" w:sz="4" w:color="B9C3C5"/>
              <w:bottom w:val="single" w:sz="4" w:color="B9C3C5"/>
              <w:left w:val="single" w:sz="4" w:color="B9C3C5"/>
              <w:right w:val="single" w:sz="4" w:color="B9C3C5"/>
            </w:tcBorders>
          </w:tcPr>
          <w:p>
            <w:pPr>
              <w:bidi/>
              <w:spacing w:before="0" w:after="0"/>
              <w:jc w:val="right"/>
            </w:pPr>
            <w:r>
              <w:rPr>
                <w:rFonts w:ascii="Arial" w:hAnsi="Arial"/>
                <w:b w:val="0"/>
                <w:color w:val="12343B"/>
                <w:sz w:val="16"/>
                <w:rtl/>
                <w:szCs w:val="16"/>
              </w:rPr>
              <w:t>القسم أو الفرع</w:t>
            </w:r>
          </w:p>
        </w:tc>
        <w:tc>
          <w:tcPr>
            <w:tcW w:type="dxa" w:w="2474"/>
            <w:tcBorders>
              <w:top w:val="single" w:sz="4" w:color="B9C3C5"/>
              <w:bottom w:val="single" w:sz="4" w:color="B9C3C5"/>
              <w:left w:val="single" w:sz="4" w:color="B9C3C5"/>
              <w:right w:val="single" w:sz="4" w:color="B9C3C5"/>
            </w:tcBorders>
          </w:tcPr>
          <w:p/>
        </w:tc>
        <w:tc>
          <w:tcPr>
            <w:tcW w:type="dxa" w:w="227"/>
          </w:tcPr>
          <w:p/>
        </w:tc>
        <w:tc>
          <w:tcPr>
            <w:tcW w:type="dxa" w:w="2685"/>
            <w:vAlign w:val="center"/>
            <w:shd w:val="clear" w:color="auto" w:fill="FAF5EC"/>
            <w:tcBorders>
              <w:top w:val="single" w:sz="4" w:color="B9C3C5"/>
              <w:bottom w:val="single" w:sz="4" w:color="B9C3C5"/>
              <w:left w:val="single" w:sz="4" w:color="B9C3C5"/>
              <w:right w:val="single" w:sz="4" w:color="B9C3C5"/>
            </w:tcBorders>
          </w:tcPr>
          <w:p>
            <w:pPr>
              <w:bidi/>
              <w:spacing w:before="0" w:after="0"/>
              <w:jc w:val="right"/>
            </w:pPr>
            <w:r>
              <w:rPr>
                <w:rFonts w:ascii="Arial" w:hAnsi="Arial"/>
                <w:b w:val="0"/>
                <w:color w:val="12343B"/>
                <w:sz w:val="16"/>
                <w:rtl/>
                <w:szCs w:val="16"/>
              </w:rPr>
              <w:t>سنة الصنع</w:t>
            </w:r>
          </w:p>
        </w:tc>
        <w:tc>
          <w:tcPr>
            <w:tcW w:type="dxa" w:w="2474"/>
            <w:tcBorders>
              <w:top w:val="single" w:sz="4" w:color="B9C3C5"/>
              <w:bottom w:val="single" w:sz="4" w:color="B9C3C5"/>
              <w:left w:val="single" w:sz="4" w:color="B9C3C5"/>
              <w:right w:val="single" w:sz="4" w:color="B9C3C5"/>
            </w:tcBorders>
          </w:tcPr>
          <w:p/>
        </w:tc>
      </w:tr>
      <w:tr>
        <w:trPr>
          <w:trHeight w:val="329" w:hRule="atLeast"/>
        </w:trPr>
        <w:tc>
          <w:tcPr>
            <w:tcW w:type="dxa" w:w="2685"/>
            <w:vAlign w:val="center"/>
            <w:shd w:val="clear" w:color="auto" w:fill="FAF5EC"/>
            <w:tcBorders>
              <w:top w:val="single" w:sz="4" w:color="B9C3C5"/>
              <w:bottom w:val="single" w:sz="4" w:color="B9C3C5"/>
              <w:left w:val="single" w:sz="4" w:color="B9C3C5"/>
              <w:right w:val="single" w:sz="4" w:color="B9C3C5"/>
            </w:tcBorders>
          </w:tcPr>
          <w:p>
            <w:pPr>
              <w:bidi/>
              <w:spacing w:before="0" w:after="0"/>
              <w:jc w:val="right"/>
            </w:pPr>
            <w:r>
              <w:rPr>
                <w:rFonts w:ascii="Arial" w:hAnsi="Arial"/>
                <w:b w:val="0"/>
                <w:color w:val="12343B"/>
                <w:sz w:val="16"/>
                <w:rtl/>
                <w:szCs w:val="16"/>
              </w:rPr>
              <w:t>اسم الموظف المستلم</w:t>
            </w:r>
          </w:p>
        </w:tc>
        <w:tc>
          <w:tcPr>
            <w:tcW w:type="dxa" w:w="2474"/>
            <w:tcBorders>
              <w:top w:val="single" w:sz="4" w:color="B9C3C5"/>
              <w:bottom w:val="single" w:sz="4" w:color="B9C3C5"/>
              <w:left w:val="single" w:sz="4" w:color="B9C3C5"/>
              <w:right w:val="single" w:sz="4" w:color="B9C3C5"/>
            </w:tcBorders>
          </w:tcPr>
          <w:p/>
        </w:tc>
        <w:tc>
          <w:tcPr>
            <w:tcW w:type="dxa" w:w="227"/>
          </w:tcPr>
          <w:p/>
        </w:tc>
        <w:tc>
          <w:tcPr>
            <w:tcW w:type="dxa" w:w="2685"/>
            <w:vAlign w:val="center"/>
            <w:shd w:val="clear" w:color="auto" w:fill="FAF5EC"/>
            <w:tcBorders>
              <w:top w:val="single" w:sz="4" w:color="B9C3C5"/>
              <w:bottom w:val="single" w:sz="4" w:color="B9C3C5"/>
              <w:left w:val="single" w:sz="4" w:color="B9C3C5"/>
              <w:right w:val="single" w:sz="4" w:color="B9C3C5"/>
            </w:tcBorders>
          </w:tcPr>
          <w:p>
            <w:pPr>
              <w:bidi/>
              <w:spacing w:before="0" w:after="0"/>
              <w:jc w:val="right"/>
            </w:pPr>
            <w:r>
              <w:rPr>
                <w:rFonts w:ascii="Arial" w:hAnsi="Arial"/>
                <w:b w:val="0"/>
                <w:color w:val="12343B"/>
                <w:sz w:val="16"/>
                <w:rtl/>
                <w:szCs w:val="16"/>
              </w:rPr>
              <w:t>رقم اللوحة</w:t>
            </w:r>
          </w:p>
        </w:tc>
        <w:tc>
          <w:tcPr>
            <w:tcW w:type="dxa" w:w="2474"/>
            <w:tcBorders>
              <w:top w:val="single" w:sz="4" w:color="B9C3C5"/>
              <w:bottom w:val="single" w:sz="4" w:color="B9C3C5"/>
              <w:left w:val="single" w:sz="4" w:color="B9C3C5"/>
              <w:right w:val="single" w:sz="4" w:color="B9C3C5"/>
            </w:tcBorders>
          </w:tcPr>
          <w:p/>
        </w:tc>
      </w:tr>
      <w:tr>
        <w:trPr>
          <w:trHeight w:val="329" w:hRule="atLeast"/>
        </w:trPr>
        <w:tc>
          <w:tcPr>
            <w:tcW w:type="dxa" w:w="2685"/>
            <w:vAlign w:val="center"/>
            <w:shd w:val="clear" w:color="auto" w:fill="FAF5EC"/>
            <w:tcBorders>
              <w:top w:val="single" w:sz="4" w:color="B9C3C5"/>
              <w:bottom w:val="single" w:sz="4" w:color="B9C3C5"/>
              <w:left w:val="single" w:sz="4" w:color="B9C3C5"/>
              <w:right w:val="single" w:sz="4" w:color="B9C3C5"/>
            </w:tcBorders>
          </w:tcPr>
          <w:p>
            <w:pPr>
              <w:bidi/>
              <w:spacing w:before="0" w:after="0"/>
              <w:jc w:val="right"/>
            </w:pPr>
            <w:r>
              <w:rPr>
                <w:rFonts w:ascii="Arial" w:hAnsi="Arial"/>
                <w:b w:val="0"/>
                <w:color w:val="12343B"/>
                <w:sz w:val="16"/>
                <w:rtl/>
                <w:szCs w:val="16"/>
              </w:rPr>
              <w:t>الرقم الوظيفي (داخلي)</w:t>
            </w:r>
          </w:p>
        </w:tc>
        <w:tc>
          <w:tcPr>
            <w:tcW w:type="dxa" w:w="2474"/>
            <w:tcBorders>
              <w:top w:val="single" w:sz="4" w:color="B9C3C5"/>
              <w:bottom w:val="single" w:sz="4" w:color="B9C3C5"/>
              <w:left w:val="single" w:sz="4" w:color="B9C3C5"/>
              <w:right w:val="single" w:sz="4" w:color="B9C3C5"/>
            </w:tcBorders>
          </w:tcPr>
          <w:p/>
        </w:tc>
        <w:tc>
          <w:tcPr>
            <w:tcW w:type="dxa" w:w="227"/>
          </w:tcPr>
          <w:p/>
        </w:tc>
        <w:tc>
          <w:tcPr>
            <w:tcW w:type="dxa" w:w="2685"/>
            <w:vAlign w:val="center"/>
            <w:shd w:val="clear" w:color="auto" w:fill="FAF5EC"/>
            <w:tcBorders>
              <w:top w:val="single" w:sz="4" w:color="B9C3C5"/>
              <w:bottom w:val="single" w:sz="4" w:color="B9C3C5"/>
              <w:left w:val="single" w:sz="4" w:color="B9C3C5"/>
              <w:right w:val="single" w:sz="4" w:color="B9C3C5"/>
            </w:tcBorders>
          </w:tcPr>
          <w:p>
            <w:pPr>
              <w:bidi/>
              <w:spacing w:before="0" w:after="0"/>
              <w:jc w:val="right"/>
            </w:pPr>
            <w:r>
              <w:rPr>
                <w:rFonts w:ascii="Arial" w:hAnsi="Arial"/>
                <w:b w:val="0"/>
                <w:color w:val="12343B"/>
                <w:sz w:val="16"/>
                <w:rtl/>
                <w:szCs w:val="16"/>
              </w:rPr>
              <w:t>اللون</w:t>
            </w:r>
          </w:p>
        </w:tc>
        <w:tc>
          <w:tcPr>
            <w:tcW w:type="dxa" w:w="2474"/>
            <w:tcBorders>
              <w:top w:val="single" w:sz="4" w:color="B9C3C5"/>
              <w:bottom w:val="single" w:sz="4" w:color="B9C3C5"/>
              <w:left w:val="single" w:sz="4" w:color="B9C3C5"/>
              <w:right w:val="single" w:sz="4" w:color="B9C3C5"/>
            </w:tcBorders>
          </w:tcPr>
          <w:p/>
        </w:tc>
      </w:tr>
      <w:tr>
        <w:trPr>
          <w:trHeight w:val="329" w:hRule="atLeast"/>
        </w:trPr>
        <w:tc>
          <w:tcPr>
            <w:tcW w:type="dxa" w:w="2685"/>
            <w:vAlign w:val="center"/>
            <w:shd w:val="clear" w:color="auto" w:fill="FAF5EC"/>
            <w:tcBorders>
              <w:top w:val="single" w:sz="4" w:color="B9C3C5"/>
              <w:bottom w:val="single" w:sz="4" w:color="B9C3C5"/>
              <w:left w:val="single" w:sz="4" w:color="B9C3C5"/>
              <w:right w:val="single" w:sz="4" w:color="B9C3C5"/>
            </w:tcBorders>
          </w:tcPr>
          <w:p>
            <w:pPr>
              <w:bidi/>
              <w:spacing w:before="0" w:after="0"/>
              <w:jc w:val="right"/>
            </w:pPr>
            <w:r>
              <w:rPr>
                <w:rFonts w:ascii="Arial" w:hAnsi="Arial"/>
                <w:b w:val="0"/>
                <w:color w:val="12343B"/>
                <w:sz w:val="16"/>
                <w:rtl/>
                <w:szCs w:val="16"/>
              </w:rPr>
              <w:t>المسمى الوظيفي</w:t>
            </w:r>
          </w:p>
        </w:tc>
        <w:tc>
          <w:tcPr>
            <w:tcW w:type="dxa" w:w="2474"/>
            <w:tcBorders>
              <w:top w:val="single" w:sz="4" w:color="B9C3C5"/>
              <w:bottom w:val="single" w:sz="4" w:color="B9C3C5"/>
              <w:left w:val="single" w:sz="4" w:color="B9C3C5"/>
              <w:right w:val="single" w:sz="4" w:color="B9C3C5"/>
            </w:tcBorders>
          </w:tcPr>
          <w:p/>
        </w:tc>
        <w:tc>
          <w:tcPr>
            <w:tcW w:type="dxa" w:w="227"/>
          </w:tcPr>
          <w:p/>
        </w:tc>
        <w:tc>
          <w:tcPr>
            <w:tcW w:type="dxa" w:w="2685"/>
            <w:vAlign w:val="center"/>
            <w:shd w:val="clear" w:color="auto" w:fill="FAF5EC"/>
            <w:tcBorders>
              <w:top w:val="single" w:sz="4" w:color="B9C3C5"/>
              <w:bottom w:val="single" w:sz="4" w:color="B9C3C5"/>
              <w:left w:val="single" w:sz="4" w:color="B9C3C5"/>
              <w:right w:val="single" w:sz="4" w:color="B9C3C5"/>
            </w:tcBorders>
          </w:tcPr>
          <w:p>
            <w:pPr>
              <w:bidi/>
              <w:spacing w:before="0" w:after="0"/>
              <w:jc w:val="right"/>
            </w:pPr>
            <w:r>
              <w:rPr>
                <w:rFonts w:ascii="Arial" w:hAnsi="Arial"/>
                <w:b w:val="0"/>
                <w:color w:val="12343B"/>
                <w:sz w:val="16"/>
                <w:rtl/>
                <w:szCs w:val="16"/>
              </w:rPr>
              <w:t>رقم الهيكل (اختياري)</w:t>
            </w:r>
          </w:p>
        </w:tc>
        <w:tc>
          <w:tcPr>
            <w:tcW w:type="dxa" w:w="2474"/>
            <w:tcBorders>
              <w:top w:val="single" w:sz="4" w:color="B9C3C5"/>
              <w:bottom w:val="single" w:sz="4" w:color="B9C3C5"/>
              <w:left w:val="single" w:sz="4" w:color="B9C3C5"/>
              <w:right w:val="single" w:sz="4" w:color="B9C3C5"/>
            </w:tcBorders>
          </w:tcPr>
          <w:p/>
        </w:tc>
      </w:tr>
      <w:tr>
        <w:trPr>
          <w:trHeight w:val="329" w:hRule="atLeast"/>
        </w:trPr>
        <w:tc>
          <w:tcPr>
            <w:tcW w:type="dxa" w:w="2685"/>
            <w:vAlign w:val="center"/>
            <w:shd w:val="clear" w:color="auto" w:fill="FAF5EC"/>
            <w:tcBorders>
              <w:top w:val="single" w:sz="4" w:color="B9C3C5"/>
              <w:bottom w:val="single" w:sz="4" w:color="B9C3C5"/>
              <w:left w:val="single" w:sz="4" w:color="B9C3C5"/>
              <w:right w:val="single" w:sz="4" w:color="B9C3C5"/>
            </w:tcBorders>
          </w:tcPr>
          <w:p>
            <w:pPr>
              <w:bidi/>
              <w:spacing w:before="0" w:after="0"/>
              <w:jc w:val="right"/>
            </w:pPr>
            <w:r>
              <w:rPr>
                <w:rFonts w:ascii="Arial" w:hAnsi="Arial"/>
                <w:b w:val="0"/>
                <w:color w:val="12343B"/>
                <w:sz w:val="16"/>
                <w:rtl/>
                <w:szCs w:val="16"/>
              </w:rPr>
              <w:t>رقم الجوال</w:t>
            </w:r>
          </w:p>
        </w:tc>
        <w:tc>
          <w:tcPr>
            <w:tcW w:type="dxa" w:w="2474"/>
            <w:tcBorders>
              <w:top w:val="single" w:sz="4" w:color="B9C3C5"/>
              <w:bottom w:val="single" w:sz="4" w:color="B9C3C5"/>
              <w:left w:val="single" w:sz="4" w:color="B9C3C5"/>
              <w:right w:val="single" w:sz="4" w:color="B9C3C5"/>
            </w:tcBorders>
          </w:tcPr>
          <w:p/>
        </w:tc>
        <w:tc>
          <w:tcPr>
            <w:tcW w:type="dxa" w:w="227"/>
          </w:tcPr>
          <w:p/>
        </w:tc>
        <w:tc>
          <w:tcPr>
            <w:tcW w:type="dxa" w:w="2685"/>
            <w:vAlign w:val="center"/>
            <w:shd w:val="clear" w:color="auto" w:fill="FAF5EC"/>
            <w:tcBorders>
              <w:top w:val="single" w:sz="4" w:color="B9C3C5"/>
              <w:bottom w:val="single" w:sz="4" w:color="B9C3C5"/>
              <w:left w:val="single" w:sz="4" w:color="B9C3C5"/>
              <w:right w:val="single" w:sz="4" w:color="B9C3C5"/>
            </w:tcBorders>
          </w:tcPr>
          <w:p>
            <w:pPr>
              <w:bidi/>
              <w:spacing w:before="0" w:after="0"/>
              <w:jc w:val="right"/>
            </w:pPr>
            <w:r>
              <w:rPr>
                <w:rFonts w:ascii="Arial" w:hAnsi="Arial"/>
                <w:b w:val="0"/>
                <w:color w:val="12343B"/>
                <w:sz w:val="16"/>
                <w:rtl/>
                <w:szCs w:val="16"/>
              </w:rPr>
              <w:t>تاريخ انتهاء الاستمارة / رخصة السيارة</w:t>
            </w:r>
          </w:p>
        </w:tc>
        <w:tc>
          <w:tcPr>
            <w:tcW w:type="dxa" w:w="2474"/>
            <w:tcBorders>
              <w:top w:val="single" w:sz="4" w:color="B9C3C5"/>
              <w:bottom w:val="single" w:sz="4" w:color="B9C3C5"/>
              <w:left w:val="single" w:sz="4" w:color="B9C3C5"/>
              <w:right w:val="single" w:sz="4" w:color="B9C3C5"/>
            </w:tcBorders>
          </w:tcPr>
          <w:p/>
        </w:tc>
      </w:tr>
      <w:tr>
        <w:trPr>
          <w:trHeight w:val="329" w:hRule="atLeast"/>
        </w:trPr>
        <w:tc>
          <w:tcPr>
            <w:tcW w:type="dxa" w:w="2685"/>
            <w:vAlign w:val="center"/>
            <w:shd w:val="clear" w:color="auto" w:fill="FAF5EC"/>
            <w:tcBorders>
              <w:top w:val="single" w:sz="4" w:color="B9C3C5"/>
              <w:bottom w:val="single" w:sz="4" w:color="B9C3C5"/>
              <w:left w:val="single" w:sz="4" w:color="B9C3C5"/>
              <w:right w:val="single" w:sz="4" w:color="B9C3C5"/>
            </w:tcBorders>
          </w:tcPr>
          <w:p>
            <w:pPr>
              <w:bidi/>
              <w:spacing w:before="0" w:after="0"/>
              <w:jc w:val="right"/>
            </w:pPr>
            <w:r>
              <w:rPr>
                <w:rFonts w:ascii="Arial" w:hAnsi="Arial"/>
                <w:b w:val="0"/>
                <w:color w:val="12343B"/>
                <w:sz w:val="16"/>
                <w:rtl/>
                <w:szCs w:val="16"/>
              </w:rPr>
              <w:t>تاريخ انتهاء رخصة القيادة</w:t>
            </w:r>
          </w:p>
        </w:tc>
        <w:tc>
          <w:tcPr>
            <w:tcW w:type="dxa" w:w="2474"/>
            <w:tcBorders>
              <w:top w:val="single" w:sz="4" w:color="B9C3C5"/>
              <w:bottom w:val="single" w:sz="4" w:color="B9C3C5"/>
              <w:left w:val="single" w:sz="4" w:color="B9C3C5"/>
              <w:right w:val="single" w:sz="4" w:color="B9C3C5"/>
            </w:tcBorders>
          </w:tcPr>
          <w:p/>
        </w:tc>
        <w:tc>
          <w:tcPr>
            <w:tcW w:type="dxa" w:w="227"/>
          </w:tcPr>
          <w:p/>
        </w:tc>
        <w:tc>
          <w:tcPr>
            <w:tcW w:type="dxa" w:w="2685"/>
            <w:vAlign w:val="center"/>
            <w:shd w:val="clear" w:color="auto" w:fill="FAF5EC"/>
            <w:tcBorders>
              <w:top w:val="single" w:sz="4" w:color="B9C3C5"/>
              <w:bottom w:val="single" w:sz="4" w:color="B9C3C5"/>
              <w:left w:val="single" w:sz="4" w:color="B9C3C5"/>
              <w:right w:val="single" w:sz="4" w:color="B9C3C5"/>
            </w:tcBorders>
          </w:tcPr>
          <w:p>
            <w:pPr>
              <w:bidi/>
              <w:spacing w:before="0" w:after="0"/>
              <w:jc w:val="right"/>
            </w:pPr>
            <w:r>
              <w:rPr>
                <w:rFonts w:ascii="Arial" w:hAnsi="Arial"/>
                <w:b w:val="0"/>
                <w:color w:val="12343B"/>
                <w:sz w:val="16"/>
                <w:rtl/>
                <w:szCs w:val="16"/>
              </w:rPr>
              <w:t>تاريخ انتهاء التأمين</w:t>
            </w:r>
          </w:p>
        </w:tc>
        <w:tc>
          <w:tcPr>
            <w:tcW w:type="dxa" w:w="2474"/>
            <w:tcBorders>
              <w:top w:val="single" w:sz="4" w:color="B9C3C5"/>
              <w:bottom w:val="single" w:sz="4" w:color="B9C3C5"/>
              <w:left w:val="single" w:sz="4" w:color="B9C3C5"/>
              <w:right w:val="single" w:sz="4" w:color="B9C3C5"/>
            </w:tcBorders>
          </w:tcPr>
          <w:p/>
        </w:tc>
      </w:tr>
      <w:tr>
        <w:tc>
          <w:tcPr>
            <w:tcW w:type="dxa" w:w="5159"/>
            <w:gridSpan w:val="2"/>
            <w:vAlign w:val="center"/>
          </w:tcPr>
          <w:p>
            <w:pPr>
              <w:bidi/>
              <w:spacing w:before="0" w:after="0"/>
              <w:jc w:val="right"/>
            </w:pPr>
            <w:r>
              <w:rPr>
                <w:rFonts w:ascii="Arial" w:hAnsi="Arial"/>
                <w:b w:val="0"/>
                <w:color w:val="5B6B6E"/>
                <w:sz w:val="14"/>
                <w:rtl/>
                <w:szCs w:val="14"/>
              </w:rPr>
              <w:t>لا يُطلب في هذا النموذج رقم الهوية أو الإقامة.</w:t>
            </w:r>
          </w:p>
        </w:tc>
        <w:tc>
          <w:tcPr>
            <w:tcW w:type="dxa" w:w="227"/>
          </w:tcPr>
          <w:p/>
        </w:tc>
        <w:tc>
          <w:tcPr>
            <w:tcW w:type="dxa" w:w="2685"/>
          </w:tcPr>
          <w:p/>
        </w:tc>
        <w:tc>
          <w:tcPr>
            <w:tcW w:type="dxa" w:w="2474"/>
          </w:tcPr>
          <w:p/>
        </w:tc>
      </w:tr>
    </w:tbl>
    <w:p>
      <w:pPr>
        <w:bidi/>
        <w:spacing w:before="0" w:after="0" w:line="40" w:lineRule="exact"/>
        <w:jc w:val="right"/>
      </w:pPr>
      <w:r>
        <w:rPr>
          <w:sz w:val="2"/>
        </w:rPr>
      </w:r>
    </w:p>
    <w:tbl>
      <w:tblPr>
        <w:tblW w:type="auto" w:w="0"/>
        <w:jc w:val="center"/>
        <w:tblLayout w:type="fixed"/>
        <w:tblLook w:firstColumn="1" w:firstRow="1" w:lastColumn="0" w:lastRow="0" w:noHBand="0" w:noVBand="1" w:val="04A0"/>
        <w:bidiVisual/>
        <w:tblLayout w:type="fixed"/>
        <w:tblW w:w="10546" w:type="dxa"/>
        <w:tblBorders>
          <w:top w:val="nil" w:sz="4" w:color="B9C3C5"/>
          <w:left w:val="nil" w:sz="4" w:color="B9C3C5"/>
          <w:bottom w:val="nil" w:sz="4" w:color="B9C3C5"/>
          <w:right w:val="nil" w:sz="4" w:color="B9C3C5"/>
          <w:insideH w:val="nil" w:sz="4" w:color="B9C3C5"/>
          <w:insideV w:val="nil" w:sz="4" w:color="B9C3C5"/>
        </w:tblBorders>
        <w:tblCellMar>
          <w:left w:w="80" w:type="dxa"/>
          <w:right w:w="80" w:type="dxa"/>
          <w:top w:w="20" w:type="dxa"/>
          <w:bottom w:w="20" w:type="dxa"/>
        </w:tblCellMar>
      </w:tblPr>
      <w:tblGrid>
        <w:gridCol w:w="10546"/>
      </w:tblGrid>
      <w:tr>
        <w:trPr>
          <w:trHeight w:val="340" w:hRule="atLeast"/>
        </w:trPr>
        <w:tc>
          <w:tcPr>
            <w:tcW w:type="dxa" w:w="10545"/>
            <w:vAlign w:val="center"/>
            <w:shd w:val="clear" w:color="auto" w:fill="0E7C7B"/>
          </w:tcPr>
          <w:p>
            <w:pPr>
              <w:bidi/>
              <w:spacing w:before="0" w:after="0"/>
              <w:jc w:val="right"/>
            </w:pPr>
            <w:r>
              <w:rPr>
                <w:rFonts w:ascii="Arial" w:hAnsi="Arial"/>
                <w:b/>
                <w:color w:val="FFFFFF"/>
                <w:sz w:val="20"/>
                <w:rtl/>
                <w:szCs w:val="20"/>
                <w:bCs/>
              </w:rPr>
              <w:t>ج. حالة السيارة عند الاستلام</w:t>
            </w:r>
          </w:p>
        </w:tc>
      </w:tr>
    </w:tbl>
    <w:p>
      <w:pPr>
        <w:bidi/>
        <w:spacing w:before="0" w:after="0" w:line="24" w:lineRule="exact"/>
        <w:jc w:val="right"/>
      </w:pPr>
      <w:r>
        <w:rPr>
          <w:sz w:val="2"/>
        </w:rPr>
      </w:r>
    </w:p>
    <w:tbl>
      <w:tblPr>
        <w:tblW w:type="auto" w:w="0"/>
        <w:jc w:val="center"/>
        <w:tblLayout w:type="fixed"/>
        <w:tblLook w:firstColumn="1" w:firstRow="1" w:lastColumn="0" w:lastRow="0" w:noHBand="0" w:noVBand="1" w:val="04A0"/>
        <w:bidiVisual/>
        <w:tblLayout w:type="fixed"/>
        <w:tblW w:w="10546" w:type="dxa"/>
        <w:tblBorders>
          <w:top w:val="single" w:sz="4" w:color="B9C3C5"/>
          <w:left w:val="single" w:sz="4" w:color="B9C3C5"/>
          <w:bottom w:val="single" w:sz="4" w:color="B9C3C5"/>
          <w:right w:val="single" w:sz="4" w:color="B9C3C5"/>
          <w:insideH w:val="single" w:sz="4" w:color="B9C3C5"/>
          <w:insideV w:val="single" w:sz="4" w:color="B9C3C5"/>
        </w:tblBorders>
        <w:tblCellMar>
          <w:left w:w="80" w:type="dxa"/>
          <w:right w:w="80" w:type="dxa"/>
          <w:top w:w="20" w:type="dxa"/>
          <w:bottom w:w="20" w:type="dxa"/>
        </w:tblCellMar>
      </w:tblPr>
      <w:tblGrid>
        <w:gridCol w:w="1581"/>
        <w:gridCol w:w="4007"/>
        <w:gridCol w:w="1792"/>
        <w:gridCol w:w="3163"/>
      </w:tblGrid>
      <w:tr>
        <w:trPr>
          <w:trHeight w:val="351" w:hRule="atLeast"/>
        </w:trPr>
        <w:tc>
          <w:tcPr>
            <w:tcW w:type="dxa" w:w="1582"/>
            <w:vAlign w:val="center"/>
            <w:shd w:val="clear" w:color="auto" w:fill="FAF5EC"/>
          </w:tcPr>
          <w:p>
            <w:pPr>
              <w:bidi/>
              <w:spacing w:before="0" w:after="0"/>
              <w:jc w:val="right"/>
            </w:pPr>
            <w:r>
              <w:rPr>
                <w:rFonts w:ascii="Arial" w:hAnsi="Arial"/>
                <w:b w:val="0"/>
                <w:color w:val="12343B"/>
                <w:sz w:val="16"/>
                <w:rtl/>
                <w:szCs w:val="16"/>
              </w:rPr>
              <w:t>التاريخ والوقت</w:t>
            </w:r>
          </w:p>
        </w:tc>
        <w:tc>
          <w:tcPr>
            <w:tcW w:type="dxa" w:w="4007"/>
            <w:vAlign w:val="center"/>
          </w:tcPr>
          <w:p>
            <w:pPr>
              <w:bidi/>
              <w:spacing w:before="0" w:after="0"/>
              <w:jc w:val="right"/>
            </w:pPr>
          </w:p>
        </w:tc>
        <w:tc>
          <w:tcPr>
            <w:tcW w:type="dxa" w:w="1793"/>
            <w:vAlign w:val="center"/>
            <w:shd w:val="clear" w:color="auto" w:fill="FAF5EC"/>
          </w:tcPr>
          <w:p>
            <w:pPr>
              <w:bidi/>
              <w:spacing w:before="0" w:after="0"/>
              <w:jc w:val="right"/>
            </w:pPr>
            <w:r>
              <w:rPr>
                <w:rFonts w:ascii="Arial" w:hAnsi="Arial"/>
                <w:b w:val="0"/>
                <w:color w:val="12343B"/>
                <w:sz w:val="16"/>
                <w:rtl/>
                <w:szCs w:val="16"/>
              </w:rPr>
              <w:t>مكان التسليم</w:t>
            </w:r>
          </w:p>
        </w:tc>
        <w:tc>
          <w:tcPr>
            <w:tcW w:type="dxa" w:w="3163"/>
            <w:vAlign w:val="center"/>
          </w:tcPr>
          <w:p>
            <w:pPr>
              <w:bidi/>
              <w:spacing w:before="0" w:after="0"/>
              <w:jc w:val="right"/>
            </w:pPr>
          </w:p>
        </w:tc>
      </w:tr>
      <w:tr>
        <w:trPr>
          <w:trHeight w:val="351" w:hRule="atLeast"/>
        </w:trPr>
        <w:tc>
          <w:tcPr>
            <w:tcW w:type="dxa" w:w="1582"/>
            <w:vAlign w:val="center"/>
            <w:shd w:val="clear" w:color="auto" w:fill="FAF5EC"/>
          </w:tcPr>
          <w:p>
            <w:pPr>
              <w:bidi/>
              <w:spacing w:before="0" w:after="0"/>
              <w:jc w:val="right"/>
            </w:pPr>
            <w:r>
              <w:rPr>
                <w:rFonts w:ascii="Arial" w:hAnsi="Arial"/>
                <w:b w:val="0"/>
                <w:color w:val="12343B"/>
                <w:sz w:val="16"/>
                <w:rtl/>
                <w:szCs w:val="16"/>
              </w:rPr>
              <w:t>قراءة العداد (كم)</w:t>
            </w:r>
          </w:p>
        </w:tc>
        <w:tc>
          <w:tcPr>
            <w:tcW w:type="dxa" w:w="4007"/>
            <w:vAlign w:val="center"/>
          </w:tcPr>
          <w:p>
            <w:pPr>
              <w:bidi/>
              <w:spacing w:before="0" w:after="0"/>
              <w:jc w:val="right"/>
            </w:pPr>
          </w:p>
        </w:tc>
        <w:tc>
          <w:tcPr>
            <w:tcW w:type="dxa" w:w="1793"/>
            <w:vAlign w:val="center"/>
            <w:shd w:val="clear" w:color="auto" w:fill="FAF5EC"/>
          </w:tcPr>
          <w:p>
            <w:pPr>
              <w:bidi/>
              <w:spacing w:before="0" w:after="0"/>
              <w:jc w:val="right"/>
            </w:pPr>
            <w:r>
              <w:rPr>
                <w:rFonts w:ascii="Arial" w:hAnsi="Arial"/>
                <w:b w:val="0"/>
                <w:color w:val="12343B"/>
                <w:sz w:val="16"/>
                <w:rtl/>
                <w:szCs w:val="16"/>
              </w:rPr>
              <w:t>موعد الصيانة القادمة (كم أو تاريخ)</w:t>
            </w:r>
          </w:p>
        </w:tc>
        <w:tc>
          <w:tcPr>
            <w:tcW w:type="dxa" w:w="3163"/>
            <w:vAlign w:val="center"/>
          </w:tcPr>
          <w:p>
            <w:pPr>
              <w:bidi/>
              <w:spacing w:before="0" w:after="0"/>
              <w:jc w:val="right"/>
            </w:pPr>
          </w:p>
        </w:tc>
      </w:tr>
      <w:tr>
        <w:trPr>
          <w:trHeight w:val="351" w:hRule="atLeast"/>
        </w:trPr>
        <w:tc>
          <w:tcPr>
            <w:tcW w:type="dxa" w:w="1582"/>
            <w:vAlign w:val="center"/>
            <w:shd w:val="clear" w:color="auto" w:fill="FAF5EC"/>
          </w:tcPr>
          <w:p>
            <w:pPr>
              <w:bidi/>
              <w:spacing w:before="0" w:after="0"/>
              <w:jc w:val="right"/>
            </w:pPr>
            <w:r>
              <w:rPr>
                <w:rFonts w:ascii="Arial" w:hAnsi="Arial"/>
                <w:b w:val="0"/>
                <w:color w:val="12343B"/>
                <w:sz w:val="16"/>
                <w:rtl/>
                <w:szCs w:val="16"/>
              </w:rPr>
              <w:t>مستوى الوقود</w:t>
            </w:r>
          </w:p>
        </w:tc>
        <w:tc>
          <w:tcPr>
            <w:tcW w:type="dxa" w:w="4007"/>
            <w:vAlign w:val="center"/>
          </w:tcPr>
          <w:p>
            <w:pPr>
              <w:bidi/>
              <w:spacing w:before="0" w:after="0"/>
              <w:jc w:val="right"/>
            </w:pPr>
            <w:r>
              <w:rPr>
                <w:rFonts w:ascii="Arial" w:hAnsi="Arial"/>
                <w:b w:val="0"/>
                <w:color w:val="12343B"/>
                <w:sz w:val="16"/>
                <w:rtl/>
                <w:szCs w:val="16"/>
              </w:rPr>
              <w:t>□ فارغ   □ ¼   □ ½   □ ¾   □ ممتلئ</w:t>
            </w:r>
          </w:p>
        </w:tc>
        <w:tc>
          <w:tcPr>
            <w:tcW w:type="dxa" w:w="1793"/>
            <w:vAlign w:val="center"/>
            <w:shd w:val="clear" w:color="auto" w:fill="FAF5EC"/>
          </w:tcPr>
          <w:p>
            <w:pPr>
              <w:bidi/>
              <w:spacing w:before="0" w:after="0"/>
              <w:jc w:val="right"/>
            </w:pPr>
            <w:r>
              <w:rPr>
                <w:rFonts w:ascii="Arial" w:hAnsi="Arial"/>
                <w:b w:val="0"/>
                <w:color w:val="12343B"/>
                <w:sz w:val="16"/>
                <w:rtl/>
                <w:szCs w:val="16"/>
              </w:rPr>
              <w:t>النظافة</w:t>
            </w:r>
          </w:p>
        </w:tc>
        <w:tc>
          <w:tcPr>
            <w:tcW w:type="dxa" w:w="3163"/>
            <w:vAlign w:val="center"/>
          </w:tcPr>
          <w:p>
            <w:pPr>
              <w:bidi/>
              <w:spacing w:before="0" w:after="0"/>
              <w:jc w:val="right"/>
            </w:pPr>
            <w:r>
              <w:rPr>
                <w:rFonts w:ascii="Arial" w:hAnsi="Arial"/>
                <w:b w:val="0"/>
                <w:color w:val="12343B"/>
                <w:sz w:val="16"/>
                <w:rtl/>
                <w:szCs w:val="16"/>
              </w:rPr>
              <w:t>□ نظيفة   □ مقبولة   □ تحتاج غسيلًا</w:t>
            </w:r>
          </w:p>
        </w:tc>
      </w:tr>
    </w:tbl>
    <w:p>
      <w:pPr>
        <w:bidi/>
        <w:spacing w:before="0" w:after="0" w:line="40" w:lineRule="exact"/>
        <w:jc w:val="right"/>
      </w:pPr>
      <w:r>
        <w:rPr>
          <w:sz w:val="2"/>
        </w:rPr>
      </w:r>
    </w:p>
    <w:tbl>
      <w:tblPr>
        <w:tblW w:type="auto" w:w="0"/>
        <w:jc w:val="center"/>
        <w:tblLayout w:type="fixed"/>
        <w:tblLook w:firstColumn="1" w:firstRow="1" w:lastColumn="0" w:lastRow="0" w:noHBand="0" w:noVBand="1" w:val="04A0"/>
        <w:bidiVisual/>
        <w:tblLayout w:type="fixed"/>
        <w:tblW w:w="10546" w:type="dxa"/>
        <w:tblBorders>
          <w:top w:val="nil" w:sz="4" w:color="B9C3C5"/>
          <w:left w:val="nil" w:sz="4" w:color="B9C3C5"/>
          <w:bottom w:val="nil" w:sz="4" w:color="B9C3C5"/>
          <w:right w:val="nil" w:sz="4" w:color="B9C3C5"/>
          <w:insideH w:val="nil" w:sz="4" w:color="B9C3C5"/>
          <w:insideV w:val="nil" w:sz="4" w:color="B9C3C5"/>
        </w:tblBorders>
        <w:tblCellMar>
          <w:left w:w="80" w:type="dxa"/>
          <w:right w:w="80" w:type="dxa"/>
          <w:top w:w="20" w:type="dxa"/>
          <w:bottom w:w="20" w:type="dxa"/>
        </w:tblCellMar>
      </w:tblPr>
      <w:tblGrid>
        <w:gridCol w:w="10546"/>
      </w:tblGrid>
      <w:tr>
        <w:trPr>
          <w:trHeight w:val="340" w:hRule="atLeast"/>
        </w:trPr>
        <w:tc>
          <w:tcPr>
            <w:tcW w:type="dxa" w:w="10545"/>
            <w:vAlign w:val="center"/>
            <w:shd w:val="clear" w:color="auto" w:fill="0E7C7B"/>
          </w:tcPr>
          <w:p>
            <w:pPr>
              <w:bidi/>
              <w:spacing w:before="0" w:after="0"/>
              <w:jc w:val="right"/>
            </w:pPr>
            <w:r>
              <w:rPr>
                <w:rFonts w:ascii="Arial" w:hAnsi="Arial"/>
                <w:b/>
                <w:color w:val="FFFFFF"/>
                <w:sz w:val="20"/>
                <w:rtl/>
                <w:szCs w:val="20"/>
                <w:bCs/>
              </w:rPr>
              <w:t>د. الملحقات والمستندات</w:t>
            </w:r>
          </w:p>
        </w:tc>
      </w:tr>
    </w:tbl>
    <w:p>
      <w:pPr>
        <w:bidi/>
        <w:spacing w:before="0" w:after="0" w:line="24" w:lineRule="exact"/>
        <w:jc w:val="right"/>
      </w:pPr>
      <w:r>
        <w:rPr>
          <w:sz w:val="2"/>
        </w:rPr>
      </w:r>
    </w:p>
    <w:tbl>
      <w:tblPr>
        <w:tblW w:type="auto" w:w="0"/>
        <w:jc w:val="center"/>
        <w:tblLayout w:type="fixed"/>
        <w:tblLook w:firstColumn="1" w:firstRow="1" w:lastColumn="0" w:lastRow="0" w:noHBand="0" w:noVBand="1" w:val="04A0"/>
        <w:bidiVisual/>
        <w:tblLayout w:type="fixed"/>
        <w:tblW w:w="10546" w:type="dxa"/>
        <w:tblBorders>
          <w:top w:val="single" w:sz="4" w:color="B9C3C5"/>
          <w:left w:val="single" w:sz="4" w:color="B9C3C5"/>
          <w:bottom w:val="single" w:sz="4" w:color="B9C3C5"/>
          <w:right w:val="single" w:sz="4" w:color="B9C3C5"/>
          <w:insideH w:val="single" w:sz="4" w:color="B9C3C5"/>
          <w:insideV w:val="single" w:sz="4" w:color="B9C3C5"/>
        </w:tblBorders>
        <w:tblCellMar>
          <w:left w:w="80" w:type="dxa"/>
          <w:right w:w="80" w:type="dxa"/>
          <w:top w:w="20" w:type="dxa"/>
          <w:bottom w:w="20" w:type="dxa"/>
        </w:tblCellMar>
      </w:tblPr>
      <w:tblGrid>
        <w:gridCol w:w="2167"/>
        <w:gridCol w:w="825"/>
        <w:gridCol w:w="825"/>
        <w:gridCol w:w="1341"/>
        <w:gridCol w:w="226"/>
        <w:gridCol w:w="2167"/>
        <w:gridCol w:w="825"/>
        <w:gridCol w:w="825"/>
        <w:gridCol w:w="1341"/>
      </w:tblGrid>
      <w:tr>
        <w:tc>
          <w:tcPr>
            <w:tcW w:type="dxa" w:w="2167"/>
            <w:vAlign w:val="center"/>
            <w:shd w:val="clear" w:color="auto" w:fill="F2E6D3"/>
          </w:tcPr>
          <w:p>
            <w:pPr>
              <w:bidi/>
              <w:spacing w:before="0" w:after="0"/>
              <w:jc w:val="center"/>
            </w:pPr>
            <w:r>
              <w:rPr>
                <w:rFonts w:ascii="Arial" w:hAnsi="Arial"/>
                <w:b/>
                <w:color w:val="12343B"/>
                <w:sz w:val="16"/>
                <w:rtl/>
                <w:szCs w:val="16"/>
                <w:bCs/>
              </w:rPr>
              <w:t>البند</w:t>
            </w:r>
          </w:p>
        </w:tc>
        <w:tc>
          <w:tcPr>
            <w:tcW w:type="dxa" w:w="825"/>
            <w:vAlign w:val="center"/>
            <w:shd w:val="clear" w:color="auto" w:fill="F2E6D3"/>
          </w:tcPr>
          <w:p>
            <w:pPr>
              <w:bidi/>
              <w:spacing w:before="0" w:after="0"/>
              <w:jc w:val="center"/>
            </w:pPr>
            <w:r>
              <w:rPr>
                <w:rFonts w:ascii="Arial" w:hAnsi="Arial"/>
                <w:b/>
                <w:color w:val="12343B"/>
                <w:sz w:val="16"/>
                <w:rtl/>
                <w:szCs w:val="16"/>
                <w:bCs/>
              </w:rPr>
              <w:t>موجود</w:t>
            </w:r>
          </w:p>
        </w:tc>
        <w:tc>
          <w:tcPr>
            <w:tcW w:type="dxa" w:w="825"/>
            <w:vAlign w:val="center"/>
            <w:shd w:val="clear" w:color="auto" w:fill="F2E6D3"/>
          </w:tcPr>
          <w:p>
            <w:pPr>
              <w:bidi/>
              <w:spacing w:before="0" w:after="0"/>
              <w:jc w:val="center"/>
            </w:pPr>
            <w:r>
              <w:rPr>
                <w:rFonts w:ascii="Arial" w:hAnsi="Arial"/>
                <w:b/>
                <w:color w:val="12343B"/>
                <w:sz w:val="16"/>
                <w:rtl/>
                <w:szCs w:val="16"/>
                <w:bCs/>
              </w:rPr>
              <w:t>غير موجود</w:t>
            </w:r>
          </w:p>
        </w:tc>
        <w:tc>
          <w:tcPr>
            <w:tcW w:type="dxa" w:w="1341"/>
            <w:vAlign w:val="center"/>
            <w:shd w:val="clear" w:color="auto" w:fill="F2E6D3"/>
          </w:tcPr>
          <w:p>
            <w:pPr>
              <w:bidi/>
              <w:spacing w:before="0" w:after="0"/>
              <w:jc w:val="center"/>
            </w:pPr>
            <w:r>
              <w:rPr>
                <w:rFonts w:ascii="Arial" w:hAnsi="Arial"/>
                <w:b/>
                <w:color w:val="12343B"/>
                <w:sz w:val="16"/>
                <w:rtl/>
                <w:szCs w:val="16"/>
                <w:bCs/>
              </w:rPr>
              <w:t>ملاحظات</w:t>
            </w:r>
          </w:p>
        </w:tc>
        <w:tc>
          <w:tcPr>
            <w:tcW w:type="dxa" w:w="227"/>
            <w:tcBorders>
              <w:top w:val="nil" w:sz="0" w:color="auto"/>
              <w:bottom w:val="nil" w:sz="0" w:color="auto"/>
            </w:tcBorders>
          </w:tcPr>
          <w:p/>
        </w:tc>
        <w:tc>
          <w:tcPr>
            <w:tcW w:type="dxa" w:w="2167"/>
            <w:vAlign w:val="center"/>
            <w:shd w:val="clear" w:color="auto" w:fill="F2E6D3"/>
          </w:tcPr>
          <w:p>
            <w:pPr>
              <w:bidi/>
              <w:spacing w:before="0" w:after="0"/>
              <w:jc w:val="center"/>
            </w:pPr>
            <w:r>
              <w:rPr>
                <w:rFonts w:ascii="Arial" w:hAnsi="Arial"/>
                <w:b/>
                <w:color w:val="12343B"/>
                <w:sz w:val="16"/>
                <w:rtl/>
                <w:szCs w:val="16"/>
                <w:bCs/>
              </w:rPr>
              <w:t>البند</w:t>
            </w:r>
          </w:p>
        </w:tc>
        <w:tc>
          <w:tcPr>
            <w:tcW w:type="dxa" w:w="825"/>
            <w:vAlign w:val="center"/>
            <w:shd w:val="clear" w:color="auto" w:fill="F2E6D3"/>
          </w:tcPr>
          <w:p>
            <w:pPr>
              <w:bidi/>
              <w:spacing w:before="0" w:after="0"/>
              <w:jc w:val="center"/>
            </w:pPr>
            <w:r>
              <w:rPr>
                <w:rFonts w:ascii="Arial" w:hAnsi="Arial"/>
                <w:b/>
                <w:color w:val="12343B"/>
                <w:sz w:val="16"/>
                <w:rtl/>
                <w:szCs w:val="16"/>
                <w:bCs/>
              </w:rPr>
              <w:t>موجود</w:t>
            </w:r>
          </w:p>
        </w:tc>
        <w:tc>
          <w:tcPr>
            <w:tcW w:type="dxa" w:w="825"/>
            <w:vAlign w:val="center"/>
            <w:shd w:val="clear" w:color="auto" w:fill="F2E6D3"/>
          </w:tcPr>
          <w:p>
            <w:pPr>
              <w:bidi/>
              <w:spacing w:before="0" w:after="0"/>
              <w:jc w:val="center"/>
            </w:pPr>
            <w:r>
              <w:rPr>
                <w:rFonts w:ascii="Arial" w:hAnsi="Arial"/>
                <w:b/>
                <w:color w:val="12343B"/>
                <w:sz w:val="16"/>
                <w:rtl/>
                <w:szCs w:val="16"/>
                <w:bCs/>
              </w:rPr>
              <w:t>غير موجود</w:t>
            </w:r>
          </w:p>
        </w:tc>
        <w:tc>
          <w:tcPr>
            <w:tcW w:type="dxa" w:w="1341"/>
            <w:vAlign w:val="center"/>
            <w:shd w:val="clear" w:color="auto" w:fill="F2E6D3"/>
          </w:tcPr>
          <w:p>
            <w:pPr>
              <w:bidi/>
              <w:spacing w:before="0" w:after="0"/>
              <w:jc w:val="center"/>
            </w:pPr>
            <w:r>
              <w:rPr>
                <w:rFonts w:ascii="Arial" w:hAnsi="Arial"/>
                <w:b/>
                <w:color w:val="12343B"/>
                <w:sz w:val="16"/>
                <w:rtl/>
                <w:szCs w:val="16"/>
                <w:bCs/>
              </w:rPr>
              <w:t>ملاحظات</w:t>
            </w:r>
          </w:p>
        </w:tc>
      </w:tr>
      <w:tr>
        <w:trPr>
          <w:trHeight w:val="317" w:hRule="atLeast"/>
        </w:trPr>
        <w:tc>
          <w:tcPr>
            <w:tcW w:type="dxa" w:w="2167"/>
            <w:vAlign w:val="center"/>
          </w:tcPr>
          <w:p>
            <w:pPr>
              <w:bidi/>
              <w:spacing w:before="0" w:after="0"/>
              <w:jc w:val="right"/>
            </w:pPr>
            <w:r>
              <w:rPr>
                <w:rFonts w:ascii="Arial" w:hAnsi="Arial"/>
                <w:b w:val="0"/>
                <w:color w:val="12343B"/>
                <w:sz w:val="16"/>
                <w:rtl/>
                <w:szCs w:val="16"/>
              </w:rPr>
              <w:t>الإطار الاحتياطي</w:t>
            </w:r>
          </w:p>
        </w:tc>
        <w:tc>
          <w:tcPr>
            <w:tcW w:type="dxa" w:w="825"/>
            <w:vAlign w:val="center"/>
          </w:tcPr>
          <w:p>
            <w:pPr>
              <w:bidi/>
              <w:spacing w:before="0" w:after="0"/>
              <w:jc w:val="center"/>
            </w:pPr>
            <w:r>
              <w:rPr>
                <w:rFonts w:ascii="Arial" w:hAnsi="Arial"/>
                <w:b w:val="0"/>
                <w:color w:val="12343B"/>
                <w:sz w:val="20"/>
                <w:rtl/>
                <w:szCs w:val="20"/>
              </w:rPr>
              <w:t>□</w:t>
            </w:r>
          </w:p>
        </w:tc>
        <w:tc>
          <w:tcPr>
            <w:tcW w:type="dxa" w:w="825"/>
            <w:vAlign w:val="center"/>
          </w:tcPr>
          <w:p>
            <w:pPr>
              <w:bidi/>
              <w:spacing w:before="0" w:after="0"/>
              <w:jc w:val="center"/>
            </w:pPr>
            <w:r>
              <w:rPr>
                <w:rFonts w:ascii="Arial" w:hAnsi="Arial"/>
                <w:b w:val="0"/>
                <w:color w:val="12343B"/>
                <w:sz w:val="20"/>
                <w:rtl/>
                <w:szCs w:val="20"/>
              </w:rPr>
              <w:t>□</w:t>
            </w:r>
          </w:p>
        </w:tc>
        <w:tc>
          <w:tcPr>
            <w:tcW w:type="dxa" w:w="1341"/>
          </w:tcPr>
          <w:p/>
        </w:tc>
        <w:tc>
          <w:tcPr>
            <w:tcW w:type="dxa" w:w="227"/>
            <w:tcBorders>
              <w:top w:val="nil" w:sz="0" w:color="auto"/>
              <w:bottom w:val="nil" w:sz="0" w:color="auto"/>
            </w:tcBorders>
          </w:tcPr>
          <w:p/>
        </w:tc>
        <w:tc>
          <w:tcPr>
            <w:tcW w:type="dxa" w:w="2167"/>
            <w:vAlign w:val="center"/>
          </w:tcPr>
          <w:p>
            <w:pPr>
              <w:bidi/>
              <w:spacing w:before="0" w:after="0"/>
              <w:jc w:val="right"/>
            </w:pPr>
            <w:r>
              <w:rPr>
                <w:rFonts w:ascii="Arial" w:hAnsi="Arial"/>
                <w:b w:val="0"/>
                <w:color w:val="12343B"/>
                <w:sz w:val="16"/>
                <w:rtl/>
                <w:szCs w:val="16"/>
              </w:rPr>
              <w:t>صورة الاستمارة / رخصة السيارة</w:t>
            </w:r>
          </w:p>
        </w:tc>
        <w:tc>
          <w:tcPr>
            <w:tcW w:type="dxa" w:w="825"/>
            <w:vAlign w:val="center"/>
          </w:tcPr>
          <w:p>
            <w:pPr>
              <w:bidi/>
              <w:spacing w:before="0" w:after="0"/>
              <w:jc w:val="center"/>
            </w:pPr>
            <w:r>
              <w:rPr>
                <w:rFonts w:ascii="Arial" w:hAnsi="Arial"/>
                <w:b w:val="0"/>
                <w:color w:val="12343B"/>
                <w:sz w:val="20"/>
                <w:rtl/>
                <w:szCs w:val="20"/>
              </w:rPr>
              <w:t>□</w:t>
            </w:r>
          </w:p>
        </w:tc>
        <w:tc>
          <w:tcPr>
            <w:tcW w:type="dxa" w:w="825"/>
            <w:vAlign w:val="center"/>
          </w:tcPr>
          <w:p>
            <w:pPr>
              <w:bidi/>
              <w:spacing w:before="0" w:after="0"/>
              <w:jc w:val="center"/>
            </w:pPr>
            <w:r>
              <w:rPr>
                <w:rFonts w:ascii="Arial" w:hAnsi="Arial"/>
                <w:b w:val="0"/>
                <w:color w:val="12343B"/>
                <w:sz w:val="20"/>
                <w:rtl/>
                <w:szCs w:val="20"/>
              </w:rPr>
              <w:t>□</w:t>
            </w:r>
          </w:p>
        </w:tc>
        <w:tc>
          <w:tcPr>
            <w:tcW w:type="dxa" w:w="1341"/>
          </w:tcPr>
          <w:p/>
        </w:tc>
      </w:tr>
      <w:tr>
        <w:trPr>
          <w:trHeight w:val="317" w:hRule="atLeast"/>
        </w:trPr>
        <w:tc>
          <w:tcPr>
            <w:tcW w:type="dxa" w:w="2167"/>
            <w:vAlign w:val="center"/>
          </w:tcPr>
          <w:p>
            <w:pPr>
              <w:bidi/>
              <w:spacing w:before="0" w:after="0"/>
              <w:jc w:val="right"/>
            </w:pPr>
            <w:r>
              <w:rPr>
                <w:rFonts w:ascii="Arial" w:hAnsi="Arial"/>
                <w:b w:val="0"/>
                <w:color w:val="12343B"/>
                <w:sz w:val="16"/>
                <w:rtl/>
                <w:szCs w:val="16"/>
              </w:rPr>
              <w:t>الرافعة ومفتاح العجل</w:t>
            </w:r>
          </w:p>
        </w:tc>
        <w:tc>
          <w:tcPr>
            <w:tcW w:type="dxa" w:w="825"/>
            <w:vAlign w:val="center"/>
          </w:tcPr>
          <w:p>
            <w:pPr>
              <w:bidi/>
              <w:spacing w:before="0" w:after="0"/>
              <w:jc w:val="center"/>
            </w:pPr>
            <w:r>
              <w:rPr>
                <w:rFonts w:ascii="Arial" w:hAnsi="Arial"/>
                <w:b w:val="0"/>
                <w:color w:val="12343B"/>
                <w:sz w:val="20"/>
                <w:rtl/>
                <w:szCs w:val="20"/>
              </w:rPr>
              <w:t>□</w:t>
            </w:r>
          </w:p>
        </w:tc>
        <w:tc>
          <w:tcPr>
            <w:tcW w:type="dxa" w:w="825"/>
            <w:vAlign w:val="center"/>
          </w:tcPr>
          <w:p>
            <w:pPr>
              <w:bidi/>
              <w:spacing w:before="0" w:after="0"/>
              <w:jc w:val="center"/>
            </w:pPr>
            <w:r>
              <w:rPr>
                <w:rFonts w:ascii="Arial" w:hAnsi="Arial"/>
                <w:b w:val="0"/>
                <w:color w:val="12343B"/>
                <w:sz w:val="20"/>
                <w:rtl/>
                <w:szCs w:val="20"/>
              </w:rPr>
              <w:t>□</w:t>
            </w:r>
          </w:p>
        </w:tc>
        <w:tc>
          <w:tcPr>
            <w:tcW w:type="dxa" w:w="1341"/>
          </w:tcPr>
          <w:p/>
        </w:tc>
        <w:tc>
          <w:tcPr>
            <w:tcW w:type="dxa" w:w="227"/>
            <w:tcBorders>
              <w:top w:val="nil" w:sz="0" w:color="auto"/>
              <w:bottom w:val="nil" w:sz="0" w:color="auto"/>
            </w:tcBorders>
          </w:tcPr>
          <w:p/>
        </w:tc>
        <w:tc>
          <w:tcPr>
            <w:tcW w:type="dxa" w:w="2167"/>
            <w:vAlign w:val="center"/>
          </w:tcPr>
          <w:p>
            <w:pPr>
              <w:bidi/>
              <w:spacing w:before="0" w:after="0"/>
              <w:jc w:val="right"/>
            </w:pPr>
            <w:r>
              <w:rPr>
                <w:rFonts w:ascii="Arial" w:hAnsi="Arial"/>
                <w:b w:val="0"/>
                <w:color w:val="12343B"/>
                <w:sz w:val="16"/>
                <w:rtl/>
                <w:szCs w:val="16"/>
              </w:rPr>
              <w:t>صورة وثيقة التأمين</w:t>
            </w:r>
          </w:p>
        </w:tc>
        <w:tc>
          <w:tcPr>
            <w:tcW w:type="dxa" w:w="825"/>
            <w:vAlign w:val="center"/>
          </w:tcPr>
          <w:p>
            <w:pPr>
              <w:bidi/>
              <w:spacing w:before="0" w:after="0"/>
              <w:jc w:val="center"/>
            </w:pPr>
            <w:r>
              <w:rPr>
                <w:rFonts w:ascii="Arial" w:hAnsi="Arial"/>
                <w:b w:val="0"/>
                <w:color w:val="12343B"/>
                <w:sz w:val="20"/>
                <w:rtl/>
                <w:szCs w:val="20"/>
              </w:rPr>
              <w:t>□</w:t>
            </w:r>
          </w:p>
        </w:tc>
        <w:tc>
          <w:tcPr>
            <w:tcW w:type="dxa" w:w="825"/>
            <w:vAlign w:val="center"/>
          </w:tcPr>
          <w:p>
            <w:pPr>
              <w:bidi/>
              <w:spacing w:before="0" w:after="0"/>
              <w:jc w:val="center"/>
            </w:pPr>
            <w:r>
              <w:rPr>
                <w:rFonts w:ascii="Arial" w:hAnsi="Arial"/>
                <w:b w:val="0"/>
                <w:color w:val="12343B"/>
                <w:sz w:val="20"/>
                <w:rtl/>
                <w:szCs w:val="20"/>
              </w:rPr>
              <w:t>□</w:t>
            </w:r>
          </w:p>
        </w:tc>
        <w:tc>
          <w:tcPr>
            <w:tcW w:type="dxa" w:w="1341"/>
          </w:tcPr>
          <w:p/>
        </w:tc>
      </w:tr>
      <w:tr>
        <w:trPr>
          <w:trHeight w:val="317" w:hRule="atLeast"/>
        </w:trPr>
        <w:tc>
          <w:tcPr>
            <w:tcW w:type="dxa" w:w="2167"/>
            <w:vAlign w:val="center"/>
          </w:tcPr>
          <w:p>
            <w:pPr>
              <w:bidi/>
              <w:spacing w:before="0" w:after="0"/>
              <w:jc w:val="right"/>
            </w:pPr>
            <w:r>
              <w:rPr>
                <w:rFonts w:ascii="Arial" w:hAnsi="Arial"/>
                <w:b w:val="0"/>
                <w:color w:val="12343B"/>
                <w:sz w:val="16"/>
                <w:rtl/>
                <w:szCs w:val="16"/>
              </w:rPr>
              <w:t>مثلث التحذير</w:t>
            </w:r>
          </w:p>
        </w:tc>
        <w:tc>
          <w:tcPr>
            <w:tcW w:type="dxa" w:w="825"/>
            <w:vAlign w:val="center"/>
          </w:tcPr>
          <w:p>
            <w:pPr>
              <w:bidi/>
              <w:spacing w:before="0" w:after="0"/>
              <w:jc w:val="center"/>
            </w:pPr>
            <w:r>
              <w:rPr>
                <w:rFonts w:ascii="Arial" w:hAnsi="Arial"/>
                <w:b w:val="0"/>
                <w:color w:val="12343B"/>
                <w:sz w:val="20"/>
                <w:rtl/>
                <w:szCs w:val="20"/>
              </w:rPr>
              <w:t>□</w:t>
            </w:r>
          </w:p>
        </w:tc>
        <w:tc>
          <w:tcPr>
            <w:tcW w:type="dxa" w:w="825"/>
            <w:vAlign w:val="center"/>
          </w:tcPr>
          <w:p>
            <w:pPr>
              <w:bidi/>
              <w:spacing w:before="0" w:after="0"/>
              <w:jc w:val="center"/>
            </w:pPr>
            <w:r>
              <w:rPr>
                <w:rFonts w:ascii="Arial" w:hAnsi="Arial"/>
                <w:b w:val="0"/>
                <w:color w:val="12343B"/>
                <w:sz w:val="20"/>
                <w:rtl/>
                <w:szCs w:val="20"/>
              </w:rPr>
              <w:t>□</w:t>
            </w:r>
          </w:p>
        </w:tc>
        <w:tc>
          <w:tcPr>
            <w:tcW w:type="dxa" w:w="1341"/>
          </w:tcPr>
          <w:p/>
        </w:tc>
        <w:tc>
          <w:tcPr>
            <w:tcW w:type="dxa" w:w="227"/>
            <w:tcBorders>
              <w:top w:val="nil" w:sz="0" w:color="auto"/>
              <w:bottom w:val="nil" w:sz="0" w:color="auto"/>
            </w:tcBorders>
          </w:tcPr>
          <w:p/>
        </w:tc>
        <w:tc>
          <w:tcPr>
            <w:tcW w:type="dxa" w:w="2167"/>
            <w:vAlign w:val="center"/>
          </w:tcPr>
          <w:p>
            <w:pPr>
              <w:bidi/>
              <w:spacing w:before="0" w:after="0"/>
              <w:jc w:val="right"/>
            </w:pPr>
            <w:r>
              <w:rPr>
                <w:rFonts w:ascii="Arial" w:hAnsi="Arial"/>
                <w:b w:val="0"/>
                <w:color w:val="12343B"/>
                <w:sz w:val="16"/>
                <w:rtl/>
                <w:szCs w:val="16"/>
              </w:rPr>
              <w:t>عدد المفاتيح: ___</w:t>
            </w:r>
          </w:p>
        </w:tc>
        <w:tc>
          <w:tcPr>
            <w:tcW w:type="dxa" w:w="825"/>
            <w:vAlign w:val="center"/>
          </w:tcPr>
          <w:p>
            <w:pPr>
              <w:bidi/>
              <w:spacing w:before="0" w:after="0"/>
              <w:jc w:val="center"/>
            </w:pPr>
            <w:r>
              <w:rPr>
                <w:rFonts w:ascii="Arial" w:hAnsi="Arial"/>
                <w:b w:val="0"/>
                <w:color w:val="12343B"/>
                <w:sz w:val="20"/>
                <w:rtl/>
                <w:szCs w:val="20"/>
              </w:rPr>
              <w:t>□</w:t>
            </w:r>
          </w:p>
        </w:tc>
        <w:tc>
          <w:tcPr>
            <w:tcW w:type="dxa" w:w="825"/>
            <w:vAlign w:val="center"/>
          </w:tcPr>
          <w:p>
            <w:pPr>
              <w:bidi/>
              <w:spacing w:before="0" w:after="0"/>
              <w:jc w:val="center"/>
            </w:pPr>
            <w:r>
              <w:rPr>
                <w:rFonts w:ascii="Arial" w:hAnsi="Arial"/>
                <w:b w:val="0"/>
                <w:color w:val="12343B"/>
                <w:sz w:val="20"/>
                <w:rtl/>
                <w:szCs w:val="20"/>
              </w:rPr>
              <w:t>□</w:t>
            </w:r>
          </w:p>
        </w:tc>
        <w:tc>
          <w:tcPr>
            <w:tcW w:type="dxa" w:w="1341"/>
          </w:tcPr>
          <w:p/>
        </w:tc>
      </w:tr>
      <w:tr>
        <w:trPr>
          <w:trHeight w:val="317" w:hRule="atLeast"/>
        </w:trPr>
        <w:tc>
          <w:tcPr>
            <w:tcW w:type="dxa" w:w="2167"/>
            <w:vAlign w:val="center"/>
          </w:tcPr>
          <w:p>
            <w:pPr>
              <w:bidi/>
              <w:spacing w:before="0" w:after="0"/>
              <w:jc w:val="right"/>
            </w:pPr>
            <w:r>
              <w:rPr>
                <w:rFonts w:ascii="Arial" w:hAnsi="Arial"/>
                <w:b w:val="0"/>
                <w:color w:val="12343B"/>
                <w:sz w:val="16"/>
                <w:rtl/>
                <w:szCs w:val="16"/>
              </w:rPr>
              <w:t>حقيبة الإسعافات الأولية</w:t>
            </w:r>
          </w:p>
        </w:tc>
        <w:tc>
          <w:tcPr>
            <w:tcW w:type="dxa" w:w="825"/>
            <w:vAlign w:val="center"/>
          </w:tcPr>
          <w:p>
            <w:pPr>
              <w:bidi/>
              <w:spacing w:before="0" w:after="0"/>
              <w:jc w:val="center"/>
            </w:pPr>
            <w:r>
              <w:rPr>
                <w:rFonts w:ascii="Arial" w:hAnsi="Arial"/>
                <w:b w:val="0"/>
                <w:color w:val="12343B"/>
                <w:sz w:val="20"/>
                <w:rtl/>
                <w:szCs w:val="20"/>
              </w:rPr>
              <w:t>□</w:t>
            </w:r>
          </w:p>
        </w:tc>
        <w:tc>
          <w:tcPr>
            <w:tcW w:type="dxa" w:w="825"/>
            <w:vAlign w:val="center"/>
          </w:tcPr>
          <w:p>
            <w:pPr>
              <w:bidi/>
              <w:spacing w:before="0" w:after="0"/>
              <w:jc w:val="center"/>
            </w:pPr>
            <w:r>
              <w:rPr>
                <w:rFonts w:ascii="Arial" w:hAnsi="Arial"/>
                <w:b w:val="0"/>
                <w:color w:val="12343B"/>
                <w:sz w:val="20"/>
                <w:rtl/>
                <w:szCs w:val="20"/>
              </w:rPr>
              <w:t>□</w:t>
            </w:r>
          </w:p>
        </w:tc>
        <w:tc>
          <w:tcPr>
            <w:tcW w:type="dxa" w:w="1341"/>
          </w:tcPr>
          <w:p/>
        </w:tc>
        <w:tc>
          <w:tcPr>
            <w:tcW w:type="dxa" w:w="227"/>
            <w:tcBorders>
              <w:top w:val="nil" w:sz="0" w:color="auto"/>
              <w:bottom w:val="nil" w:sz="0" w:color="auto"/>
            </w:tcBorders>
          </w:tcPr>
          <w:p/>
        </w:tc>
        <w:tc>
          <w:tcPr>
            <w:tcW w:type="dxa" w:w="2167"/>
            <w:vAlign w:val="center"/>
          </w:tcPr>
          <w:p>
            <w:pPr>
              <w:bidi/>
              <w:spacing w:before="0" w:after="0"/>
              <w:jc w:val="right"/>
            </w:pPr>
            <w:r>
              <w:rPr>
                <w:rFonts w:ascii="Arial" w:hAnsi="Arial"/>
                <w:b w:val="0"/>
                <w:color w:val="12343B"/>
                <w:sz w:val="16"/>
                <w:rtl/>
                <w:szCs w:val="16"/>
              </w:rPr>
              <w:t>ريموت أو كرت تشغيل</w:t>
            </w:r>
          </w:p>
        </w:tc>
        <w:tc>
          <w:tcPr>
            <w:tcW w:type="dxa" w:w="825"/>
            <w:vAlign w:val="center"/>
          </w:tcPr>
          <w:p>
            <w:pPr>
              <w:bidi/>
              <w:spacing w:before="0" w:after="0"/>
              <w:jc w:val="center"/>
            </w:pPr>
            <w:r>
              <w:rPr>
                <w:rFonts w:ascii="Arial" w:hAnsi="Arial"/>
                <w:b w:val="0"/>
                <w:color w:val="12343B"/>
                <w:sz w:val="20"/>
                <w:rtl/>
                <w:szCs w:val="20"/>
              </w:rPr>
              <w:t>□</w:t>
            </w:r>
          </w:p>
        </w:tc>
        <w:tc>
          <w:tcPr>
            <w:tcW w:type="dxa" w:w="825"/>
            <w:vAlign w:val="center"/>
          </w:tcPr>
          <w:p>
            <w:pPr>
              <w:bidi/>
              <w:spacing w:before="0" w:after="0"/>
              <w:jc w:val="center"/>
            </w:pPr>
            <w:r>
              <w:rPr>
                <w:rFonts w:ascii="Arial" w:hAnsi="Arial"/>
                <w:b w:val="0"/>
                <w:color w:val="12343B"/>
                <w:sz w:val="20"/>
                <w:rtl/>
                <w:szCs w:val="20"/>
              </w:rPr>
              <w:t>□</w:t>
            </w:r>
          </w:p>
        </w:tc>
        <w:tc>
          <w:tcPr>
            <w:tcW w:type="dxa" w:w="1341"/>
          </w:tcPr>
          <w:p/>
        </w:tc>
      </w:tr>
      <w:tr>
        <w:trPr>
          <w:trHeight w:val="317" w:hRule="atLeast"/>
        </w:trPr>
        <w:tc>
          <w:tcPr>
            <w:tcW w:type="dxa" w:w="2167"/>
            <w:vAlign w:val="center"/>
          </w:tcPr>
          <w:p>
            <w:pPr>
              <w:bidi/>
              <w:spacing w:before="0" w:after="0"/>
              <w:jc w:val="right"/>
            </w:pPr>
            <w:r>
              <w:rPr>
                <w:rFonts w:ascii="Arial" w:hAnsi="Arial"/>
                <w:b w:val="0"/>
                <w:color w:val="12343B"/>
                <w:sz w:val="16"/>
                <w:rtl/>
                <w:szCs w:val="16"/>
              </w:rPr>
              <w:t>طفاية الحريق</w:t>
            </w:r>
          </w:p>
        </w:tc>
        <w:tc>
          <w:tcPr>
            <w:tcW w:type="dxa" w:w="825"/>
            <w:vAlign w:val="center"/>
          </w:tcPr>
          <w:p>
            <w:pPr>
              <w:bidi/>
              <w:spacing w:before="0" w:after="0"/>
              <w:jc w:val="center"/>
            </w:pPr>
            <w:r>
              <w:rPr>
                <w:rFonts w:ascii="Arial" w:hAnsi="Arial"/>
                <w:b w:val="0"/>
                <w:color w:val="12343B"/>
                <w:sz w:val="20"/>
                <w:rtl/>
                <w:szCs w:val="20"/>
              </w:rPr>
              <w:t>□</w:t>
            </w:r>
          </w:p>
        </w:tc>
        <w:tc>
          <w:tcPr>
            <w:tcW w:type="dxa" w:w="825"/>
            <w:vAlign w:val="center"/>
          </w:tcPr>
          <w:p>
            <w:pPr>
              <w:bidi/>
              <w:spacing w:before="0" w:after="0"/>
              <w:jc w:val="center"/>
            </w:pPr>
            <w:r>
              <w:rPr>
                <w:rFonts w:ascii="Arial" w:hAnsi="Arial"/>
                <w:b w:val="0"/>
                <w:color w:val="12343B"/>
                <w:sz w:val="20"/>
                <w:rtl/>
                <w:szCs w:val="20"/>
              </w:rPr>
              <w:t>□</w:t>
            </w:r>
          </w:p>
        </w:tc>
        <w:tc>
          <w:tcPr>
            <w:tcW w:type="dxa" w:w="1341"/>
          </w:tcPr>
          <w:p/>
        </w:tc>
        <w:tc>
          <w:tcPr>
            <w:tcW w:type="dxa" w:w="227"/>
            <w:tcBorders>
              <w:top w:val="nil" w:sz="0" w:color="auto"/>
              <w:bottom w:val="nil" w:sz="0" w:color="auto"/>
            </w:tcBorders>
          </w:tcPr>
          <w:p/>
        </w:tc>
        <w:tc>
          <w:tcPr>
            <w:tcW w:type="dxa" w:w="2167"/>
            <w:vAlign w:val="center"/>
          </w:tcPr>
          <w:p>
            <w:pPr>
              <w:bidi/>
              <w:spacing w:before="0" w:after="0"/>
              <w:jc w:val="right"/>
            </w:pPr>
            <w:r>
              <w:rPr>
                <w:rFonts w:ascii="Arial" w:hAnsi="Arial"/>
                <w:b w:val="0"/>
                <w:color w:val="12343B"/>
                <w:sz w:val="16"/>
                <w:rtl/>
                <w:szCs w:val="16"/>
              </w:rPr>
              <w:t>أخرى: ___</w:t>
            </w:r>
          </w:p>
        </w:tc>
        <w:tc>
          <w:tcPr>
            <w:tcW w:type="dxa" w:w="825"/>
            <w:vAlign w:val="center"/>
          </w:tcPr>
          <w:p>
            <w:pPr>
              <w:bidi/>
              <w:spacing w:before="0" w:after="0"/>
              <w:jc w:val="center"/>
            </w:pPr>
            <w:r>
              <w:rPr>
                <w:rFonts w:ascii="Arial" w:hAnsi="Arial"/>
                <w:b w:val="0"/>
                <w:color w:val="12343B"/>
                <w:sz w:val="20"/>
                <w:rtl/>
                <w:szCs w:val="20"/>
              </w:rPr>
              <w:t>□</w:t>
            </w:r>
          </w:p>
        </w:tc>
        <w:tc>
          <w:tcPr>
            <w:tcW w:type="dxa" w:w="825"/>
            <w:vAlign w:val="center"/>
          </w:tcPr>
          <w:p>
            <w:pPr>
              <w:bidi/>
              <w:spacing w:before="0" w:after="0"/>
              <w:jc w:val="center"/>
            </w:pPr>
            <w:r>
              <w:rPr>
                <w:rFonts w:ascii="Arial" w:hAnsi="Arial"/>
                <w:b w:val="0"/>
                <w:color w:val="12343B"/>
                <w:sz w:val="20"/>
                <w:rtl/>
                <w:szCs w:val="20"/>
              </w:rPr>
              <w:t>□</w:t>
            </w:r>
          </w:p>
        </w:tc>
        <w:tc>
          <w:tcPr>
            <w:tcW w:type="dxa" w:w="1341"/>
          </w:tcPr>
          <w:p/>
        </w:tc>
      </w:tr>
    </w:tbl>
    <w:p>
      <w:pPr>
        <w:bidi/>
        <w:spacing w:before="0" w:after="0" w:line="40" w:lineRule="exact"/>
        <w:jc w:val="right"/>
      </w:pPr>
      <w:r>
        <w:rPr>
          <w:sz w:val="2"/>
        </w:rPr>
      </w:r>
    </w:p>
    <w:tbl>
      <w:tblPr>
        <w:tblW w:type="auto" w:w="0"/>
        <w:jc w:val="center"/>
        <w:tblLayout w:type="fixed"/>
        <w:tblLook w:firstColumn="1" w:firstRow="1" w:lastColumn="0" w:lastRow="0" w:noHBand="0" w:noVBand="1" w:val="04A0"/>
        <w:bidiVisual/>
        <w:tblLayout w:type="fixed"/>
        <w:tblW w:w="10546" w:type="dxa"/>
        <w:tblBorders>
          <w:top w:val="nil" w:sz="4" w:color="B9C3C5"/>
          <w:left w:val="nil" w:sz="4" w:color="B9C3C5"/>
          <w:bottom w:val="nil" w:sz="4" w:color="B9C3C5"/>
          <w:right w:val="nil" w:sz="4" w:color="B9C3C5"/>
          <w:insideH w:val="nil" w:sz="4" w:color="B9C3C5"/>
          <w:insideV w:val="nil" w:sz="4" w:color="B9C3C5"/>
        </w:tblBorders>
        <w:tblCellMar>
          <w:left w:w="80" w:type="dxa"/>
          <w:right w:w="80" w:type="dxa"/>
          <w:top w:w="20" w:type="dxa"/>
          <w:bottom w:w="20" w:type="dxa"/>
        </w:tblCellMar>
      </w:tblPr>
      <w:tblGrid>
        <w:gridCol w:w="10546"/>
      </w:tblGrid>
      <w:tr>
        <w:trPr>
          <w:trHeight w:val="340" w:hRule="atLeast"/>
        </w:trPr>
        <w:tc>
          <w:tcPr>
            <w:tcW w:type="dxa" w:w="10545"/>
            <w:vAlign w:val="center"/>
            <w:shd w:val="clear" w:color="auto" w:fill="0E7C7B"/>
          </w:tcPr>
          <w:p>
            <w:pPr>
              <w:bidi/>
              <w:spacing w:before="0" w:after="0"/>
              <w:jc w:val="right"/>
            </w:pPr>
            <w:r>
              <w:rPr>
                <w:rFonts w:ascii="Arial" w:hAnsi="Arial"/>
                <w:b/>
                <w:color w:val="FFFFFF"/>
                <w:sz w:val="20"/>
                <w:rtl/>
                <w:szCs w:val="20"/>
                <w:bCs/>
              </w:rPr>
              <w:t>هـ. الأضرار الظاهرة</w:t>
            </w:r>
          </w:p>
        </w:tc>
      </w:tr>
    </w:tbl>
    <w:p>
      <w:pPr>
        <w:bidi/>
        <w:spacing w:before="0" w:after="0" w:line="24" w:lineRule="exact"/>
        <w:jc w:val="right"/>
      </w:pPr>
      <w:r>
        <w:rPr>
          <w:sz w:val="2"/>
        </w:rPr>
      </w:r>
    </w:p>
    <w:tbl>
      <w:tblPr>
        <w:tblW w:type="auto" w:w="0"/>
        <w:jc w:val="center"/>
        <w:tblLayout w:type="fixed"/>
        <w:tblLook w:firstColumn="1" w:firstRow="1" w:lastColumn="0" w:lastRow="0" w:noHBand="0" w:noVBand="1" w:val="04A0"/>
        <w:bidiVisual/>
        <w:tblLayout w:type="fixed"/>
        <w:tblW w:w="10546" w:type="dxa"/>
        <w:tblBorders>
          <w:top w:val="nil" w:sz="4" w:color="B9C3C5"/>
          <w:left w:val="nil" w:sz="4" w:color="B9C3C5"/>
          <w:bottom w:val="nil" w:sz="4" w:color="B9C3C5"/>
          <w:right w:val="nil" w:sz="4" w:color="B9C3C5"/>
          <w:insideH w:val="nil" w:sz="4" w:color="B9C3C5"/>
          <w:insideV w:val="nil" w:sz="4" w:color="B9C3C5"/>
        </w:tblBorders>
        <w:tblCellMar>
          <w:left w:w="80" w:type="dxa"/>
          <w:right w:w="80" w:type="dxa"/>
          <w:top w:w="20" w:type="dxa"/>
          <w:bottom w:w="20" w:type="dxa"/>
        </w:tblCellMar>
      </w:tblPr>
      <w:tblGrid>
        <w:gridCol w:w="6538"/>
        <w:gridCol w:w="4007"/>
      </w:tblGrid>
      <w:tr>
        <w:tc>
          <w:tcPr>
            <w:tcW w:type="dxa" w:w="6538"/>
            <w:tcBorders>
              <w:top w:val="single" w:sz="4" w:color="B9C3C5"/>
              <w:bottom w:val="single" w:sz="4" w:color="B9C3C5"/>
              <w:left w:val="single" w:sz="4" w:color="B9C3C5"/>
              <w:right w:val="single" w:sz="4" w:color="B9C3C5"/>
            </w:tcBorders>
          </w:tcPr>
          <w:p>
            <w:pPr>
              <w:bidi/>
              <w:spacing w:before="0" w:after="0"/>
              <w:jc w:val="center"/>
            </w:pPr>
            <w:r>
              <w:drawing>
                <wp:inline xmlns:a="http://schemas.openxmlformats.org/drawingml/2006/main" xmlns:pic="http://schemas.openxmlformats.org/drawingml/2006/picture">
                  <wp:extent cx="3883680" cy="1850816"/>
                  <wp:docPr id="1" name="Picture 1"/>
                  <wp:cNvGraphicFramePr>
                    <a:graphicFrameLocks noChangeAspect="1"/>
                  </wp:cNvGraphicFramePr>
                  <a:graphic>
                    <a:graphicData uri="http://schemas.openxmlformats.org/drawingml/2006/picture">
                      <pic:pic>
                        <pic:nvPicPr>
                          <pic:cNvPr id="0" name="car-ar.png"/>
                          <pic:cNvPicPr/>
                        </pic:nvPicPr>
                        <pic:blipFill>
                          <a:blip r:embed="rId10"/>
                          <a:stretch>
                            <a:fillRect/>
                          </a:stretch>
                        </pic:blipFill>
                        <pic:spPr>
                          <a:xfrm>
                            <a:off x="0" y="0"/>
                            <a:ext cx="3883680" cy="1850816"/>
                          </a:xfrm>
                          <a:prstGeom prst="rect"/>
                        </pic:spPr>
                      </pic:pic>
                    </a:graphicData>
                  </a:graphic>
                </wp:inline>
              </w:drawing>
            </w:r>
          </w:p>
          <w:p>
            <w:pPr>
              <w:bidi/>
              <w:spacing w:before="0" w:after="0"/>
              <w:jc w:val="center"/>
            </w:pPr>
            <w:r>
              <w:rPr>
                <w:rFonts w:ascii="Arial" w:hAnsi="Arial"/>
                <w:b w:val="0"/>
                <w:color w:val="5B6B6E"/>
                <w:sz w:val="15"/>
                <w:rtl/>
                <w:szCs w:val="15"/>
              </w:rPr>
              <w:t>ضع علامة على الرسم: خ = خدش · ص = صدمة · ك = كسر</w:t>
            </w:r>
          </w:p>
        </w:tc>
        <w:tc>
          <w:tcPr>
            <w:tcW w:type="dxa" w:w="4007"/>
            <w:vAlign w:val="top"/>
          </w:tcPr>
          <w:p>
            <w:pPr>
              <w:bidi/>
              <w:spacing w:before="0" w:after="0"/>
              <w:jc w:val="right"/>
            </w:pPr>
            <w:r>
              <w:rPr>
                <w:rFonts w:ascii="Arial" w:hAnsi="Arial"/>
                <w:b w:val="0"/>
                <w:color w:val="5B6B6E"/>
                <w:sz w:val="15"/>
                <w:rtl/>
                <w:szCs w:val="15"/>
              </w:rPr>
              <w:t>ملاحظات على الأضرار:</w:t>
            </w:r>
          </w:p>
          <w:p>
            <w:pPr>
              <w:bidi/>
              <w:spacing w:before="120" w:after="0"/>
              <w:jc w:val="right"/>
            </w:pPr>
            <w:r>
              <w:rPr>
                <w:rFonts w:ascii="Arial" w:hAnsi="Arial"/>
                <w:b w:val="0"/>
                <w:color w:val="8E9A9C"/>
                <w:sz w:val="16"/>
                <w:rtl/>
                <w:szCs w:val="16"/>
              </w:rPr>
              <w:t>______________________________________</w:t>
            </w:r>
          </w:p>
          <w:p>
            <w:pPr>
              <w:bidi/>
              <w:spacing w:before="120" w:after="0"/>
              <w:jc w:val="right"/>
            </w:pPr>
            <w:r>
              <w:rPr>
                <w:rFonts w:ascii="Arial" w:hAnsi="Arial"/>
                <w:b w:val="0"/>
                <w:color w:val="8E9A9C"/>
                <w:sz w:val="16"/>
                <w:rtl/>
                <w:szCs w:val="16"/>
              </w:rPr>
              <w:t>______________________________________</w:t>
            </w:r>
          </w:p>
          <w:p>
            <w:pPr>
              <w:bidi/>
              <w:spacing w:before="120" w:after="0"/>
              <w:jc w:val="right"/>
            </w:pPr>
            <w:r>
              <w:rPr>
                <w:rFonts w:ascii="Arial" w:hAnsi="Arial"/>
                <w:b w:val="0"/>
                <w:color w:val="8E9A9C"/>
                <w:sz w:val="16"/>
                <w:rtl/>
                <w:szCs w:val="16"/>
              </w:rPr>
              <w:t>______________________________________</w:t>
            </w:r>
          </w:p>
          <w:p>
            <w:pPr>
              <w:bidi/>
              <w:spacing w:before="120" w:after="0"/>
              <w:jc w:val="right"/>
            </w:pPr>
            <w:r>
              <w:rPr>
                <w:rFonts w:ascii="Arial" w:hAnsi="Arial"/>
                <w:b w:val="0"/>
                <w:color w:val="8E9A9C"/>
                <w:sz w:val="16"/>
                <w:rtl/>
                <w:szCs w:val="16"/>
              </w:rPr>
              <w:t>______________________________________</w:t>
            </w:r>
          </w:p>
          <w:p>
            <w:pPr>
              <w:bidi/>
              <w:spacing w:before="120" w:after="0"/>
              <w:jc w:val="right"/>
            </w:pPr>
            <w:r>
              <w:rPr>
                <w:rFonts w:ascii="Arial" w:hAnsi="Arial"/>
                <w:b w:val="0"/>
                <w:color w:val="12343B"/>
                <w:sz w:val="17"/>
                <w:rtl/>
                <w:szCs w:val="17"/>
              </w:rPr>
              <w:t>التُقطت صور للسيارة من الجهات الأربع:</w:t>
            </w:r>
          </w:p>
          <w:p>
            <w:pPr>
              <w:bidi/>
              <w:spacing w:before="40" w:after="0"/>
              <w:jc w:val="right"/>
            </w:pPr>
            <w:r>
              <w:rPr>
                <w:rFonts w:ascii="Arial" w:hAnsi="Arial"/>
                <w:b w:val="0"/>
                <w:color w:val="12343B"/>
                <w:sz w:val="18"/>
                <w:rtl/>
                <w:szCs w:val="18"/>
              </w:rPr>
              <w:t>□ نعم   □ لا</w:t>
            </w:r>
          </w:p>
          <w:p>
            <w:pPr>
              <w:bidi/>
              <w:spacing w:before="80" w:after="0"/>
              <w:jc w:val="right"/>
            </w:pPr>
            <w:r>
              <w:rPr>
                <w:rFonts w:ascii="Arial" w:hAnsi="Arial"/>
                <w:b w:val="0"/>
                <w:color w:val="12343B"/>
                <w:sz w:val="17"/>
                <w:rtl/>
                <w:szCs w:val="17"/>
              </w:rPr>
              <w:t>أين حُفظت الصور؟</w:t>
            </w:r>
          </w:p>
          <w:p>
            <w:pPr>
              <w:bidi/>
              <w:spacing w:before="120" w:after="0"/>
              <w:jc w:val="right"/>
            </w:pPr>
            <w:r>
              <w:rPr>
                <w:rFonts w:ascii="Arial" w:hAnsi="Arial"/>
                <w:b w:val="0"/>
                <w:color w:val="8E9A9C"/>
                <w:sz w:val="16"/>
                <w:rtl/>
                <w:szCs w:val="16"/>
              </w:rPr>
              <w:t>______________________________________</w:t>
            </w:r>
          </w:p>
        </w:tc>
      </w:tr>
    </w:tbl>
    <w:p>
      <w:pPr>
        <w:bidi/>
        <w:spacing w:before="0" w:after="0" w:line="40" w:lineRule="exact"/>
        <w:jc w:val="right"/>
      </w:pPr>
      <w:r>
        <w:rPr>
          <w:sz w:val="2"/>
        </w:rPr>
      </w:r>
    </w:p>
    <w:tbl>
      <w:tblPr>
        <w:tblW w:type="auto" w:w="0"/>
        <w:jc w:val="center"/>
        <w:tblLayout w:type="fixed"/>
        <w:tblLook w:firstColumn="1" w:firstRow="1" w:lastColumn="0" w:lastRow="0" w:noHBand="0" w:noVBand="1" w:val="04A0"/>
        <w:bidiVisual/>
        <w:tblLayout w:type="fixed"/>
        <w:tblW w:w="10546" w:type="dxa"/>
        <w:tblBorders>
          <w:top w:val="nil" w:sz="4" w:color="B9C3C5"/>
          <w:left w:val="nil" w:sz="4" w:color="B9C3C5"/>
          <w:bottom w:val="nil" w:sz="4" w:color="B9C3C5"/>
          <w:right w:val="nil" w:sz="4" w:color="B9C3C5"/>
          <w:insideH w:val="nil" w:sz="4" w:color="B9C3C5"/>
          <w:insideV w:val="nil" w:sz="4" w:color="B9C3C5"/>
        </w:tblBorders>
        <w:tblCellMar>
          <w:left w:w="80" w:type="dxa"/>
          <w:right w:w="80" w:type="dxa"/>
          <w:top w:w="20" w:type="dxa"/>
          <w:bottom w:w="20" w:type="dxa"/>
        </w:tblCellMar>
      </w:tblPr>
      <w:tblGrid>
        <w:gridCol w:w="10546"/>
      </w:tblGrid>
      <w:tr>
        <w:trPr>
          <w:trHeight w:val="340" w:hRule="atLeast"/>
        </w:trPr>
        <w:tc>
          <w:tcPr>
            <w:tcW w:type="dxa" w:w="10545"/>
            <w:vAlign w:val="center"/>
            <w:shd w:val="clear" w:color="auto" w:fill="0E7C7B"/>
          </w:tcPr>
          <w:p>
            <w:pPr>
              <w:bidi/>
              <w:spacing w:before="0" w:after="0"/>
              <w:jc w:val="right"/>
            </w:pPr>
            <w:r>
              <w:rPr>
                <w:rFonts w:ascii="Arial" w:hAnsi="Arial"/>
                <w:b/>
                <w:color w:val="FFFFFF"/>
                <w:sz w:val="20"/>
                <w:rtl/>
                <w:szCs w:val="20"/>
                <w:bCs/>
              </w:rPr>
              <w:t>و. الإقرار والتوقيع</w:t>
            </w:r>
          </w:p>
        </w:tc>
      </w:tr>
    </w:tbl>
    <w:p>
      <w:pPr>
        <w:bidi/>
        <w:spacing w:before="0" w:after="0" w:line="24" w:lineRule="exact"/>
        <w:jc w:val="right"/>
      </w:pPr>
      <w:r>
        <w:rPr>
          <w:sz w:val="2"/>
        </w:rPr>
      </w:r>
    </w:p>
    <w:tbl>
      <w:tblPr>
        <w:tblW w:type="auto" w:w="0"/>
        <w:jc w:val="center"/>
        <w:tblLayout w:type="fixed"/>
        <w:tblLook w:firstColumn="1" w:firstRow="1" w:lastColumn="0" w:lastRow="0" w:noHBand="0" w:noVBand="1" w:val="04A0"/>
        <w:bidiVisual/>
        <w:tblLayout w:type="fixed"/>
        <w:tblW w:w="10546" w:type="dxa"/>
        <w:tblBorders>
          <w:top w:val="nil" w:sz="4" w:color="B9C3C5"/>
          <w:left w:val="nil" w:sz="4" w:color="B9C3C5"/>
          <w:bottom w:val="nil" w:sz="4" w:color="B9C3C5"/>
          <w:right w:val="nil" w:sz="4" w:color="B9C3C5"/>
          <w:insideH w:val="nil" w:sz="4" w:color="B9C3C5"/>
          <w:insideV w:val="nil" w:sz="4" w:color="B9C3C5"/>
        </w:tblBorders>
        <w:tblCellMar>
          <w:left w:w="80" w:type="dxa"/>
          <w:right w:w="80" w:type="dxa"/>
          <w:top w:w="20" w:type="dxa"/>
          <w:bottom w:w="20" w:type="dxa"/>
        </w:tblCellMar>
      </w:tblPr>
      <w:tblGrid>
        <w:gridCol w:w="10546"/>
      </w:tblGrid>
      <w:tr>
        <w:tc>
          <w:tcPr>
            <w:tcW w:type="dxa" w:w="10545"/>
            <w:vAlign w:val="center"/>
            <w:shd w:val="clear" w:color="auto" w:fill="FAF5EC"/>
          </w:tcPr>
          <w:p>
            <w:pPr>
              <w:bidi/>
              <w:spacing w:before="0" w:after="0"/>
              <w:jc w:val="right"/>
            </w:pPr>
            <w:r>
              <w:rPr>
                <w:rFonts w:ascii="Arial" w:hAnsi="Arial"/>
                <w:b w:val="0"/>
                <w:color w:val="12343B"/>
                <w:sz w:val="17"/>
                <w:rtl/>
                <w:szCs w:val="17"/>
              </w:rPr>
              <w:t>أقرّ بأنني استلمت السيارة الموصوفة أعلاه بالحالة المذكورة، وأتعهد بالمحافظة عليها واستخدامها لأغراض العمل وفق تعليمات الشركة، وإعادتها عند الطلب بالحالة نفسها عدا الاستهلاك العادي، وإبلاغ الشركة فورًا عن أي حادث أو مخالفة أو عطل.</w:t>
            </w:r>
          </w:p>
        </w:tc>
      </w:tr>
    </w:tbl>
    <w:p>
      <w:pPr>
        <w:bidi/>
        <w:spacing w:before="0" w:after="0" w:line="60" w:lineRule="exact"/>
        <w:jc w:val="right"/>
      </w:pPr>
      <w:r>
        <w:rPr>
          <w:sz w:val="2"/>
        </w:rPr>
      </w:r>
    </w:p>
    <w:tbl>
      <w:tblPr>
        <w:tblW w:type="auto" w:w="0"/>
        <w:jc w:val="center"/>
        <w:tblLayout w:type="fixed"/>
        <w:tblLook w:firstColumn="1" w:firstRow="1" w:lastColumn="0" w:lastRow="0" w:noHBand="0" w:noVBand="1" w:val="04A0"/>
        <w:bidiVisual/>
        <w:tblLayout w:type="fixed"/>
        <w:tblW w:w="10546" w:type="dxa"/>
        <w:tblBorders>
          <w:top w:val="nil" w:sz="4" w:color="B9C3C5"/>
          <w:left w:val="nil" w:sz="4" w:color="B9C3C5"/>
          <w:bottom w:val="nil" w:sz="4" w:color="B9C3C5"/>
          <w:right w:val="nil" w:sz="4" w:color="B9C3C5"/>
          <w:insideH w:val="nil" w:sz="4" w:color="B9C3C5"/>
          <w:insideV w:val="nil" w:sz="4" w:color="B9C3C5"/>
        </w:tblBorders>
        <w:tblCellMar>
          <w:left w:w="80" w:type="dxa"/>
          <w:right w:w="80" w:type="dxa"/>
          <w:top w:w="20" w:type="dxa"/>
          <w:bottom w:w="20" w:type="dxa"/>
        </w:tblCellMar>
      </w:tblPr>
      <w:tblGrid>
        <w:gridCol w:w="5159"/>
        <w:gridCol w:w="226"/>
        <w:gridCol w:w="5159"/>
      </w:tblGrid>
      <w:tr>
        <w:trPr>
          <w:trHeight w:val="340" w:hRule="atLeast"/>
        </w:trPr>
        <w:tc>
          <w:tcPr>
            <w:tcW w:type="dxa" w:w="5159"/>
            <w:vAlign w:val="center"/>
            <w:tcBorders>
              <w:top w:val="single" w:sz="4" w:color="B9C3C5"/>
              <w:left w:val="single" w:sz="4" w:color="B9C3C5"/>
              <w:right w:val="single" w:sz="4" w:color="B9C3C5"/>
            </w:tcBorders>
          </w:tcPr>
          <w:p>
            <w:pPr>
              <w:bidi/>
              <w:spacing w:before="0" w:after="0"/>
              <w:jc w:val="right"/>
            </w:pPr>
            <w:r>
              <w:rPr>
                <w:rFonts w:ascii="Arial" w:hAnsi="Arial"/>
                <w:b/>
                <w:color w:val="12343B"/>
                <w:sz w:val="18"/>
                <w:rtl/>
                <w:szCs w:val="18"/>
                <w:bCs/>
              </w:rPr>
              <w:t>المستلم (الموظف)</w:t>
            </w:r>
          </w:p>
        </w:tc>
        <w:tc>
          <w:tcPr>
            <w:tcW w:type="dxa" w:w="227"/>
          </w:tcPr>
          <w:p/>
        </w:tc>
        <w:tc>
          <w:tcPr>
            <w:tcW w:type="dxa" w:w="5159"/>
            <w:vAlign w:val="center"/>
            <w:tcBorders>
              <w:top w:val="single" w:sz="4" w:color="B9C3C5"/>
              <w:left w:val="single" w:sz="4" w:color="B9C3C5"/>
              <w:right w:val="single" w:sz="4" w:color="B9C3C5"/>
            </w:tcBorders>
          </w:tcPr>
          <w:p>
            <w:pPr>
              <w:bidi/>
              <w:spacing w:before="0" w:after="0"/>
              <w:jc w:val="right"/>
            </w:pPr>
            <w:r>
              <w:rPr>
                <w:rFonts w:ascii="Arial" w:hAnsi="Arial"/>
                <w:b/>
                <w:color w:val="12343B"/>
                <w:sz w:val="18"/>
                <w:rtl/>
                <w:szCs w:val="18"/>
                <w:bCs/>
              </w:rPr>
              <w:t>المسلِّم (عن الشركة)</w:t>
            </w:r>
          </w:p>
        </w:tc>
      </w:tr>
      <w:tr>
        <w:trPr>
          <w:trHeight w:val="454" w:hRule="atLeast"/>
        </w:trPr>
        <w:tc>
          <w:tcPr>
            <w:tcW w:type="dxa" w:w="5159"/>
            <w:vAlign w:val="center"/>
            <w:tcBorders>
              <w:left w:val="single" w:sz="4" w:color="B9C3C5"/>
              <w:right w:val="single" w:sz="4" w:color="B9C3C5"/>
            </w:tcBorders>
          </w:tcPr>
          <w:p>
            <w:pPr>
              <w:bidi/>
              <w:spacing w:before="0" w:after="0"/>
              <w:jc w:val="right"/>
            </w:pPr>
            <w:r>
              <w:rPr>
                <w:rFonts w:ascii="Arial" w:hAnsi="Arial"/>
                <w:b w:val="0"/>
                <w:color w:val="12343B"/>
                <w:sz w:val="17"/>
                <w:rtl/>
                <w:szCs w:val="17"/>
              </w:rPr>
              <w:t>الاسم: ____________________   التاريخ: ____________</w:t>
            </w:r>
          </w:p>
        </w:tc>
        <w:tc>
          <w:tcPr>
            <w:tcW w:type="dxa" w:w="227"/>
          </w:tcPr>
          <w:p/>
        </w:tc>
        <w:tc>
          <w:tcPr>
            <w:tcW w:type="dxa" w:w="5159"/>
            <w:vAlign w:val="center"/>
            <w:tcBorders>
              <w:left w:val="single" w:sz="4" w:color="B9C3C5"/>
              <w:right w:val="single" w:sz="4" w:color="B9C3C5"/>
            </w:tcBorders>
          </w:tcPr>
          <w:p>
            <w:pPr>
              <w:bidi/>
              <w:spacing w:before="0" w:after="0"/>
              <w:jc w:val="right"/>
            </w:pPr>
            <w:r>
              <w:rPr>
                <w:rFonts w:ascii="Arial" w:hAnsi="Arial"/>
                <w:b w:val="0"/>
                <w:color w:val="12343B"/>
                <w:sz w:val="17"/>
                <w:rtl/>
                <w:szCs w:val="17"/>
              </w:rPr>
              <w:t>الاسم: ____________________   التاريخ: ____________</w:t>
            </w:r>
          </w:p>
        </w:tc>
      </w:tr>
      <w:tr>
        <w:trPr>
          <w:trHeight w:val="454" w:hRule="atLeast"/>
        </w:trPr>
        <w:tc>
          <w:tcPr>
            <w:tcW w:type="dxa" w:w="5159"/>
            <w:vAlign w:val="center"/>
            <w:tcBorders>
              <w:bottom w:val="single" w:sz="4" w:color="B9C3C5"/>
              <w:left w:val="single" w:sz="4" w:color="B9C3C5"/>
              <w:right w:val="single" w:sz="4" w:color="B9C3C5"/>
            </w:tcBorders>
          </w:tcPr>
          <w:p>
            <w:pPr>
              <w:bidi/>
              <w:spacing w:before="0" w:after="0"/>
              <w:jc w:val="right"/>
            </w:pPr>
            <w:r>
              <w:rPr>
                <w:rFonts w:ascii="Arial" w:hAnsi="Arial"/>
                <w:b w:val="0"/>
                <w:color w:val="12343B"/>
                <w:sz w:val="17"/>
                <w:rtl/>
                <w:szCs w:val="17"/>
              </w:rPr>
              <w:t>التوقيع: __________________________________</w:t>
            </w:r>
          </w:p>
        </w:tc>
        <w:tc>
          <w:tcPr>
            <w:tcW w:type="dxa" w:w="227"/>
          </w:tcPr>
          <w:p/>
        </w:tc>
        <w:tc>
          <w:tcPr>
            <w:tcW w:type="dxa" w:w="5159"/>
            <w:vAlign w:val="center"/>
            <w:tcBorders>
              <w:bottom w:val="single" w:sz="4" w:color="B9C3C5"/>
              <w:left w:val="single" w:sz="4" w:color="B9C3C5"/>
              <w:right w:val="single" w:sz="4" w:color="B9C3C5"/>
            </w:tcBorders>
          </w:tcPr>
          <w:p>
            <w:pPr>
              <w:bidi/>
              <w:spacing w:before="0" w:after="0"/>
              <w:jc w:val="right"/>
            </w:pPr>
            <w:r>
              <w:rPr>
                <w:rFonts w:ascii="Arial" w:hAnsi="Arial"/>
                <w:b w:val="0"/>
                <w:color w:val="12343B"/>
                <w:sz w:val="17"/>
                <w:rtl/>
                <w:szCs w:val="17"/>
              </w:rPr>
              <w:t>التوقيع: __________________________________</w:t>
            </w:r>
          </w:p>
        </w:tc>
      </w:tr>
    </w:tbl>
    <w:p>
      <w:pPr>
        <w:bidi/>
        <w:spacing w:before="0" w:after="0"/>
        <w:jc w:val="right"/>
      </w:pPr>
      <w:r>
        <w:br w:type="page"/>
      </w:r>
    </w:p>
    <w:tbl>
      <w:tblPr>
        <w:tblW w:type="auto" w:w="0"/>
        <w:jc w:val="center"/>
        <w:tblLayout w:type="fixed"/>
        <w:tblLook w:firstColumn="1" w:firstRow="1" w:lastColumn="0" w:lastRow="0" w:noHBand="0" w:noVBand="1" w:val="04A0"/>
        <w:bidiVisual/>
        <w:tblLayout w:type="fixed"/>
        <w:tblW w:w="10546" w:type="dxa"/>
        <w:tblBorders>
          <w:top w:val="nil" w:sz="4" w:color="B9C3C5"/>
          <w:left w:val="nil" w:sz="4" w:color="B9C3C5"/>
          <w:bottom w:val="nil" w:sz="4" w:color="B9C3C5"/>
          <w:right w:val="nil" w:sz="4" w:color="B9C3C5"/>
          <w:insideH w:val="nil" w:sz="4" w:color="B9C3C5"/>
          <w:insideV w:val="nil" w:sz="4" w:color="B9C3C5"/>
        </w:tblBorders>
        <w:tblCellMar>
          <w:left w:w="80" w:type="dxa"/>
          <w:right w:w="80" w:type="dxa"/>
          <w:top w:w="20" w:type="dxa"/>
          <w:bottom w:w="20" w:type="dxa"/>
        </w:tblCellMar>
      </w:tblPr>
      <w:tblGrid>
        <w:gridCol w:w="8051"/>
        <w:gridCol w:w="2494"/>
      </w:tblGrid>
      <w:tr>
        <w:trPr>
          <w:trHeight w:val="312" w:hRule="atLeast"/>
        </w:trPr>
        <w:tc>
          <w:tcPr>
            <w:tcW w:type="dxa" w:w="8050"/>
            <w:vMerge w:val="restart"/>
            <w:vAlign w:val="center"/>
            <w:shd w:val="clear" w:color="auto" w:fill="12343B"/>
          </w:tcPr>
          <w:p>
            <w:pPr>
              <w:bidi/>
              <w:spacing w:before="0" w:after="0"/>
              <w:jc w:val="right"/>
            </w:pPr>
            <w:r>
              <w:rPr>
                <w:rFonts w:ascii="Arial" w:hAnsi="Arial"/>
                <w:b/>
                <w:color w:val="FFFFFF"/>
                <w:sz w:val="28"/>
                <w:rtl/>
                <w:szCs w:val="28"/>
                <w:bCs/>
              </w:rPr>
              <w:t>نموذج استلام وتسليم عهدة سيارة</w:t>
            </w:r>
          </w:p>
          <w:p>
            <w:pPr>
              <w:bidi/>
              <w:spacing w:before="0" w:after="0"/>
              <w:jc w:val="right"/>
            </w:pPr>
            <w:r>
              <w:rPr>
                <w:rFonts w:ascii="Arial" w:hAnsi="Arial"/>
                <w:b w:val="0"/>
                <w:color w:val="F2E6D3"/>
                <w:sz w:val="16"/>
                <w:rtl/>
                <w:szCs w:val="16"/>
              </w:rPr>
              <w:t>الوجه الثاني: الإعادة</w:t>
            </w:r>
          </w:p>
        </w:tc>
        <w:tc>
          <w:tcPr>
            <w:tcW w:type="dxa" w:w="2494"/>
            <w:vAlign w:val="center"/>
          </w:tcPr>
          <w:p>
            <w:pPr>
              <w:bidi/>
              <w:spacing w:before="0" w:after="0"/>
              <w:jc w:val="center"/>
            </w:pPr>
            <w:r>
              <w:rPr>
                <w:rFonts w:ascii="Arial" w:hAnsi="Arial"/>
                <w:b w:val="0"/>
                <w:color w:val="12343B"/>
                <w:sz w:val="17"/>
                <w:rtl/>
                <w:szCs w:val="17"/>
              </w:rPr>
              <w:t>رقم النموذج: ________</w:t>
            </w:r>
          </w:p>
        </w:tc>
      </w:tr>
      <w:tr>
        <w:trPr>
          <w:trHeight w:val="454" w:hRule="atLeast"/>
        </w:trPr>
        <w:tc>
          <w:tcPr>
            <w:tcW w:type="dxa" w:w="8050"/>
            <w:vMerge/>
          </w:tcPr>
          <w:p/>
        </w:tc>
        <w:tc>
          <w:tcPr>
            <w:tcW w:type="dxa" w:w="2494"/>
            <w:vAlign w:val="center"/>
          </w:tcPr>
          <w:p>
            <w:pPr>
              <w:bidi/>
              <w:spacing w:before="0" w:after="0"/>
              <w:jc w:val="center"/>
            </w:pPr>
            <w:r>
              <w:rPr>
                <w:rFonts w:ascii="Arial" w:hAnsi="Arial"/>
                <w:b w:val="0"/>
                <w:color w:val="12343B"/>
                <w:sz w:val="17"/>
                <w:rtl/>
                <w:szCs w:val="17"/>
              </w:rPr>
              <w:t>رقم اللوحة: ________</w:t>
            </w:r>
          </w:p>
        </w:tc>
      </w:tr>
    </w:tbl>
    <w:p>
      <w:pPr>
        <w:bidi/>
        <w:spacing w:before="0" w:after="0" w:line="60" w:lineRule="exact"/>
        <w:jc w:val="right"/>
      </w:pPr>
      <w:r>
        <w:rPr>
          <w:sz w:val="2"/>
        </w:rPr>
      </w:r>
    </w:p>
    <w:tbl>
      <w:tblPr>
        <w:tblW w:type="auto" w:w="0"/>
        <w:jc w:val="center"/>
        <w:tblLayout w:type="fixed"/>
        <w:tblLook w:firstColumn="1" w:firstRow="1" w:lastColumn="0" w:lastRow="0" w:noHBand="0" w:noVBand="1" w:val="04A0"/>
        <w:bidiVisual/>
        <w:tblLayout w:type="fixed"/>
        <w:tblW w:w="10546" w:type="dxa"/>
        <w:tblBorders>
          <w:top w:val="nil" w:sz="4" w:color="B9C3C5"/>
          <w:left w:val="nil" w:sz="4" w:color="B9C3C5"/>
          <w:bottom w:val="nil" w:sz="4" w:color="B9C3C5"/>
          <w:right w:val="nil" w:sz="4" w:color="B9C3C5"/>
          <w:insideH w:val="nil" w:sz="4" w:color="B9C3C5"/>
          <w:insideV w:val="nil" w:sz="4" w:color="B9C3C5"/>
        </w:tblBorders>
        <w:tblCellMar>
          <w:left w:w="80" w:type="dxa"/>
          <w:right w:w="80" w:type="dxa"/>
          <w:top w:w="20" w:type="dxa"/>
          <w:bottom w:w="20" w:type="dxa"/>
        </w:tblCellMar>
      </w:tblPr>
      <w:tblGrid>
        <w:gridCol w:w="10546"/>
      </w:tblGrid>
      <w:tr>
        <w:trPr>
          <w:trHeight w:val="340" w:hRule="atLeast"/>
        </w:trPr>
        <w:tc>
          <w:tcPr>
            <w:tcW w:type="dxa" w:w="10545"/>
            <w:vAlign w:val="center"/>
            <w:shd w:val="clear" w:color="auto" w:fill="0E7C7B"/>
          </w:tcPr>
          <w:p>
            <w:pPr>
              <w:bidi/>
              <w:spacing w:before="0" w:after="0"/>
              <w:jc w:val="right"/>
            </w:pPr>
            <w:r>
              <w:rPr>
                <w:rFonts w:ascii="Arial" w:hAnsi="Arial"/>
                <w:b/>
                <w:color w:val="FFFFFF"/>
                <w:sz w:val="20"/>
                <w:rtl/>
                <w:szCs w:val="20"/>
                <w:bCs/>
              </w:rPr>
              <w:t>ز. الإعادة</w:t>
            </w:r>
          </w:p>
        </w:tc>
      </w:tr>
    </w:tbl>
    <w:p>
      <w:pPr>
        <w:bidi/>
        <w:spacing w:before="0" w:after="0" w:line="24" w:lineRule="exact"/>
        <w:jc w:val="right"/>
      </w:pPr>
      <w:r>
        <w:rPr>
          <w:sz w:val="2"/>
        </w:rPr>
      </w:r>
    </w:p>
    <w:tbl>
      <w:tblPr>
        <w:tblW w:type="auto" w:w="0"/>
        <w:jc w:val="center"/>
        <w:tblLayout w:type="fixed"/>
        <w:tblLook w:firstColumn="1" w:firstRow="1" w:lastColumn="0" w:lastRow="0" w:noHBand="0" w:noVBand="1" w:val="04A0"/>
        <w:bidiVisual/>
        <w:tblLayout w:type="fixed"/>
        <w:tblW w:w="10546" w:type="dxa"/>
        <w:tblBorders>
          <w:top w:val="single" w:sz="4" w:color="B9C3C5"/>
          <w:left w:val="single" w:sz="4" w:color="B9C3C5"/>
          <w:bottom w:val="single" w:sz="4" w:color="B9C3C5"/>
          <w:right w:val="single" w:sz="4" w:color="B9C3C5"/>
          <w:insideH w:val="single" w:sz="4" w:color="B9C3C5"/>
          <w:insideV w:val="single" w:sz="4" w:color="B9C3C5"/>
        </w:tblBorders>
        <w:tblCellMar>
          <w:left w:w="80" w:type="dxa"/>
          <w:right w:w="80" w:type="dxa"/>
          <w:top w:w="20" w:type="dxa"/>
          <w:bottom w:w="20" w:type="dxa"/>
        </w:tblCellMar>
      </w:tblPr>
      <w:tblGrid>
        <w:gridCol w:w="4429"/>
        <w:gridCol w:w="6116"/>
      </w:tblGrid>
      <w:tr>
        <w:trPr>
          <w:trHeight w:val="420" w:hRule="atLeast"/>
        </w:trPr>
        <w:tc>
          <w:tcPr>
            <w:tcW w:type="dxa" w:w="4429"/>
            <w:vAlign w:val="center"/>
            <w:shd w:val="clear" w:color="auto" w:fill="FAF5EC"/>
          </w:tcPr>
          <w:p>
            <w:pPr>
              <w:bidi/>
              <w:spacing w:before="0" w:after="0"/>
              <w:jc w:val="right"/>
            </w:pPr>
            <w:r>
              <w:rPr>
                <w:rFonts w:ascii="Arial" w:hAnsi="Arial"/>
                <w:b w:val="0"/>
                <w:color w:val="12343B"/>
                <w:sz w:val="17"/>
                <w:rtl/>
                <w:szCs w:val="17"/>
              </w:rPr>
              <w:t>تاريخ ووقت الإعادة</w:t>
            </w:r>
          </w:p>
        </w:tc>
        <w:tc>
          <w:tcPr>
            <w:tcW w:type="dxa" w:w="6116"/>
            <w:vAlign w:val="center"/>
          </w:tcPr>
          <w:p>
            <w:pPr>
              <w:bidi/>
              <w:spacing w:before="0" w:after="0"/>
              <w:jc w:val="right"/>
            </w:pPr>
          </w:p>
        </w:tc>
      </w:tr>
      <w:tr>
        <w:trPr>
          <w:trHeight w:val="420" w:hRule="atLeast"/>
        </w:trPr>
        <w:tc>
          <w:tcPr>
            <w:tcW w:type="dxa" w:w="4429"/>
            <w:vAlign w:val="center"/>
            <w:shd w:val="clear" w:color="auto" w:fill="FAF5EC"/>
          </w:tcPr>
          <w:p>
            <w:pPr>
              <w:bidi/>
              <w:spacing w:before="0" w:after="0"/>
              <w:jc w:val="right"/>
            </w:pPr>
            <w:r>
              <w:rPr>
                <w:rFonts w:ascii="Arial" w:hAnsi="Arial"/>
                <w:b w:val="0"/>
                <w:color w:val="12343B"/>
                <w:sz w:val="17"/>
                <w:rtl/>
                <w:szCs w:val="17"/>
              </w:rPr>
              <w:t>قراءة العداد عند الإعادة</w:t>
            </w:r>
          </w:p>
        </w:tc>
        <w:tc>
          <w:tcPr>
            <w:tcW w:type="dxa" w:w="6116"/>
            <w:vAlign w:val="center"/>
          </w:tcPr>
          <w:p>
            <w:pPr>
              <w:bidi/>
              <w:spacing w:before="0" w:after="0"/>
              <w:jc w:val="right"/>
            </w:pPr>
          </w:p>
        </w:tc>
      </w:tr>
      <w:tr>
        <w:trPr>
          <w:trHeight w:val="420" w:hRule="atLeast"/>
        </w:trPr>
        <w:tc>
          <w:tcPr>
            <w:tcW w:type="dxa" w:w="4429"/>
            <w:vAlign w:val="center"/>
            <w:shd w:val="clear" w:color="auto" w:fill="FAF5EC"/>
          </w:tcPr>
          <w:p>
            <w:pPr>
              <w:bidi/>
              <w:spacing w:before="0" w:after="0"/>
              <w:jc w:val="right"/>
            </w:pPr>
            <w:r>
              <w:rPr>
                <w:rFonts w:ascii="Arial" w:hAnsi="Arial"/>
                <w:b w:val="0"/>
                <w:color w:val="12343B"/>
                <w:sz w:val="17"/>
                <w:rtl/>
                <w:szCs w:val="17"/>
              </w:rPr>
              <w:t>الكيلومترات المقطوعة (الإعادة − الاستلام)</w:t>
            </w:r>
          </w:p>
        </w:tc>
        <w:tc>
          <w:tcPr>
            <w:tcW w:type="dxa" w:w="6116"/>
            <w:vAlign w:val="center"/>
          </w:tcPr>
          <w:p>
            <w:pPr>
              <w:bidi/>
              <w:spacing w:before="0" w:after="0"/>
              <w:jc w:val="right"/>
            </w:pPr>
          </w:p>
        </w:tc>
      </w:tr>
      <w:tr>
        <w:trPr>
          <w:trHeight w:val="420" w:hRule="atLeast"/>
        </w:trPr>
        <w:tc>
          <w:tcPr>
            <w:tcW w:type="dxa" w:w="4429"/>
            <w:vAlign w:val="center"/>
            <w:shd w:val="clear" w:color="auto" w:fill="FAF5EC"/>
          </w:tcPr>
          <w:p>
            <w:pPr>
              <w:bidi/>
              <w:spacing w:before="0" w:after="0"/>
              <w:jc w:val="right"/>
            </w:pPr>
            <w:r>
              <w:rPr>
                <w:rFonts w:ascii="Arial" w:hAnsi="Arial"/>
                <w:b w:val="0"/>
                <w:color w:val="12343B"/>
                <w:sz w:val="17"/>
                <w:rtl/>
                <w:szCs w:val="17"/>
              </w:rPr>
              <w:t>مستوى الوقود عند الإعادة</w:t>
            </w:r>
          </w:p>
        </w:tc>
        <w:tc>
          <w:tcPr>
            <w:tcW w:type="dxa" w:w="6116"/>
            <w:vAlign w:val="center"/>
          </w:tcPr>
          <w:p>
            <w:pPr>
              <w:bidi/>
              <w:spacing w:before="0" w:after="0"/>
              <w:jc w:val="right"/>
            </w:pPr>
            <w:r>
              <w:rPr>
                <w:rFonts w:ascii="Arial" w:hAnsi="Arial"/>
                <w:b w:val="0"/>
                <w:color w:val="12343B"/>
                <w:sz w:val="17"/>
                <w:rtl/>
                <w:szCs w:val="17"/>
              </w:rPr>
              <w:t>□ فارغ   □ ¼   □ ½   □ ¾   □ ممتلئ</w:t>
            </w:r>
          </w:p>
        </w:tc>
      </w:tr>
      <w:tr>
        <w:trPr>
          <w:trHeight w:val="420" w:hRule="atLeast"/>
        </w:trPr>
        <w:tc>
          <w:tcPr>
            <w:tcW w:type="dxa" w:w="4429"/>
            <w:vAlign w:val="center"/>
            <w:shd w:val="clear" w:color="auto" w:fill="FAF5EC"/>
          </w:tcPr>
          <w:p>
            <w:pPr>
              <w:bidi/>
              <w:spacing w:before="0" w:after="0"/>
              <w:jc w:val="right"/>
            </w:pPr>
            <w:r>
              <w:rPr>
                <w:rFonts w:ascii="Arial" w:hAnsi="Arial"/>
                <w:b w:val="0"/>
                <w:color w:val="12343B"/>
                <w:sz w:val="17"/>
                <w:rtl/>
                <w:szCs w:val="17"/>
              </w:rPr>
              <w:t>الملحقات كاملة؟</w:t>
            </w:r>
          </w:p>
        </w:tc>
        <w:tc>
          <w:tcPr>
            <w:tcW w:type="dxa" w:w="6116"/>
            <w:vAlign w:val="center"/>
          </w:tcPr>
          <w:p>
            <w:pPr>
              <w:bidi/>
              <w:spacing w:before="0" w:after="0"/>
              <w:jc w:val="right"/>
            </w:pPr>
            <w:r>
              <w:rPr>
                <w:rFonts w:ascii="Arial" w:hAnsi="Arial"/>
                <w:b w:val="0"/>
                <w:color w:val="12343B"/>
                <w:sz w:val="17"/>
                <w:rtl/>
                <w:szCs w:val="17"/>
              </w:rPr>
              <w:t>□ نعم   □ لا   الناقص: ____________________</w:t>
            </w:r>
          </w:p>
        </w:tc>
      </w:tr>
      <w:tr>
        <w:trPr>
          <w:trHeight w:val="420" w:hRule="atLeast"/>
        </w:trPr>
        <w:tc>
          <w:tcPr>
            <w:tcW w:type="dxa" w:w="4429"/>
            <w:vAlign w:val="center"/>
            <w:shd w:val="clear" w:color="auto" w:fill="FAF5EC"/>
          </w:tcPr>
          <w:p>
            <w:pPr>
              <w:bidi/>
              <w:spacing w:before="0" w:after="0"/>
              <w:jc w:val="right"/>
            </w:pPr>
            <w:r>
              <w:rPr>
                <w:rFonts w:ascii="Arial" w:hAnsi="Arial"/>
                <w:b w:val="0"/>
                <w:color w:val="12343B"/>
                <w:sz w:val="17"/>
                <w:rtl/>
                <w:szCs w:val="17"/>
              </w:rPr>
              <w:t>أضرار جديدة؟</w:t>
            </w:r>
          </w:p>
        </w:tc>
        <w:tc>
          <w:tcPr>
            <w:tcW w:type="dxa" w:w="6116"/>
            <w:vAlign w:val="center"/>
          </w:tcPr>
          <w:p>
            <w:pPr>
              <w:bidi/>
              <w:spacing w:before="0" w:after="0"/>
              <w:jc w:val="right"/>
            </w:pPr>
            <w:r>
              <w:rPr>
                <w:rFonts w:ascii="Arial" w:hAnsi="Arial"/>
                <w:b w:val="0"/>
                <w:color w:val="12343B"/>
                <w:sz w:val="17"/>
                <w:rtl/>
                <w:szCs w:val="17"/>
              </w:rPr>
              <w:t>□ نعم   □ لا   وصفها: ____________________</w:t>
            </w:r>
          </w:p>
        </w:tc>
      </w:tr>
      <w:tr>
        <w:trPr>
          <w:trHeight w:val="420" w:hRule="atLeast"/>
        </w:trPr>
        <w:tc>
          <w:tcPr>
            <w:tcW w:type="dxa" w:w="4429"/>
            <w:vAlign w:val="center"/>
            <w:shd w:val="clear" w:color="auto" w:fill="FAF5EC"/>
          </w:tcPr>
          <w:p>
            <w:pPr>
              <w:bidi/>
              <w:spacing w:before="0" w:after="0"/>
              <w:jc w:val="right"/>
            </w:pPr>
            <w:r>
              <w:rPr>
                <w:rFonts w:ascii="Arial" w:hAnsi="Arial"/>
                <w:b w:val="0"/>
                <w:color w:val="12343B"/>
                <w:sz w:val="17"/>
                <w:rtl/>
                <w:szCs w:val="17"/>
              </w:rPr>
              <w:t>مخالفات خلال فترة العهدة؟</w:t>
            </w:r>
          </w:p>
        </w:tc>
        <w:tc>
          <w:tcPr>
            <w:tcW w:type="dxa" w:w="6116"/>
            <w:vAlign w:val="center"/>
          </w:tcPr>
          <w:p>
            <w:pPr>
              <w:bidi/>
              <w:spacing w:before="0" w:after="0"/>
              <w:jc w:val="right"/>
            </w:pPr>
            <w:r>
              <w:rPr>
                <w:rFonts w:ascii="Arial" w:hAnsi="Arial"/>
                <w:b w:val="0"/>
                <w:color w:val="12343B"/>
                <w:sz w:val="17"/>
                <w:rtl/>
                <w:szCs w:val="17"/>
              </w:rPr>
              <w:t>□ نعم   □ لا   □ تُراجع لاحقًا</w:t>
            </w:r>
          </w:p>
        </w:tc>
      </w:tr>
    </w:tbl>
    <w:p>
      <w:pPr>
        <w:bidi/>
        <w:spacing w:before="0" w:after="0" w:line="60" w:lineRule="exact"/>
        <w:jc w:val="right"/>
      </w:pPr>
      <w:r>
        <w:rPr>
          <w:sz w:val="2"/>
        </w:rPr>
      </w:r>
    </w:p>
    <w:tbl>
      <w:tblPr>
        <w:tblW w:type="auto" w:w="0"/>
        <w:jc w:val="center"/>
        <w:tblLayout w:type="fixed"/>
        <w:tblLook w:firstColumn="1" w:firstRow="1" w:lastColumn="0" w:lastRow="0" w:noHBand="0" w:noVBand="1" w:val="04A0"/>
        <w:bidiVisual/>
        <w:tblLayout w:type="fixed"/>
        <w:tblW w:w="10546" w:type="dxa"/>
        <w:tblBorders>
          <w:top w:val="nil" w:sz="4" w:color="B9C3C5"/>
          <w:left w:val="nil" w:sz="4" w:color="B9C3C5"/>
          <w:bottom w:val="nil" w:sz="4" w:color="B9C3C5"/>
          <w:right w:val="nil" w:sz="4" w:color="B9C3C5"/>
          <w:insideH w:val="nil" w:sz="4" w:color="B9C3C5"/>
          <w:insideV w:val="nil" w:sz="4" w:color="B9C3C5"/>
        </w:tblBorders>
        <w:tblCellMar>
          <w:left w:w="80" w:type="dxa"/>
          <w:right w:w="80" w:type="dxa"/>
          <w:top w:w="20" w:type="dxa"/>
          <w:bottom w:w="20" w:type="dxa"/>
        </w:tblCellMar>
      </w:tblPr>
      <w:tblGrid>
        <w:gridCol w:w="10546"/>
      </w:tblGrid>
      <w:tr>
        <w:trPr>
          <w:trHeight w:val="340" w:hRule="atLeast"/>
        </w:trPr>
        <w:tc>
          <w:tcPr>
            <w:tcW w:type="dxa" w:w="10545"/>
            <w:vAlign w:val="center"/>
            <w:shd w:val="clear" w:color="auto" w:fill="0E7C7B"/>
          </w:tcPr>
          <w:p>
            <w:pPr>
              <w:bidi/>
              <w:spacing w:before="0" w:after="0"/>
              <w:jc w:val="right"/>
            </w:pPr>
            <w:r>
              <w:rPr>
                <w:rFonts w:ascii="Arial" w:hAnsi="Arial"/>
                <w:b/>
                <w:color w:val="FFFFFF"/>
                <w:sz w:val="20"/>
                <w:rtl/>
                <w:szCs w:val="20"/>
                <w:bCs/>
              </w:rPr>
              <w:t>الأضرار الجديدة عند الإعادة (إن وُجدت)</w:t>
            </w:r>
          </w:p>
        </w:tc>
      </w:tr>
    </w:tbl>
    <w:p>
      <w:pPr>
        <w:bidi/>
        <w:spacing w:before="0" w:after="0" w:line="24" w:lineRule="exact"/>
        <w:jc w:val="right"/>
      </w:pPr>
      <w:r>
        <w:rPr>
          <w:sz w:val="2"/>
        </w:rPr>
      </w:r>
    </w:p>
    <w:tbl>
      <w:tblPr>
        <w:tblW w:type="auto" w:w="0"/>
        <w:jc w:val="center"/>
        <w:tblLayout w:type="fixed"/>
        <w:tblLook w:firstColumn="1" w:firstRow="1" w:lastColumn="0" w:lastRow="0" w:noHBand="0" w:noVBand="1" w:val="04A0"/>
        <w:bidiVisual/>
        <w:tblLayout w:type="fixed"/>
        <w:tblW w:w="10546" w:type="dxa"/>
        <w:tblBorders>
          <w:top w:val="single" w:sz="4" w:color="B9C3C5"/>
          <w:left w:val="single" w:sz="4" w:color="B9C3C5"/>
          <w:bottom w:val="single" w:sz="4" w:color="B9C3C5"/>
          <w:right w:val="single" w:sz="4" w:color="B9C3C5"/>
          <w:insideH w:val="single" w:sz="4" w:color="B9C3C5"/>
          <w:insideV w:val="single" w:sz="4" w:color="B9C3C5"/>
        </w:tblBorders>
        <w:tblCellMar>
          <w:left w:w="80" w:type="dxa"/>
          <w:right w:w="80" w:type="dxa"/>
          <w:top w:w="20" w:type="dxa"/>
          <w:bottom w:w="20" w:type="dxa"/>
        </w:tblCellMar>
      </w:tblPr>
      <w:tblGrid>
        <w:gridCol w:w="10546"/>
      </w:tblGrid>
      <w:tr>
        <w:tc>
          <w:tcPr>
            <w:tcW w:type="dxa" w:w="10545"/>
          </w:tcPr>
          <w:p>
            <w:pPr>
              <w:bidi/>
              <w:spacing w:before="60" w:after="0"/>
              <w:jc w:val="center"/>
            </w:pPr>
            <w:r>
              <w:drawing>
                <wp:inline xmlns:a="http://schemas.openxmlformats.org/drawingml/2006/main" xmlns:pic="http://schemas.openxmlformats.org/drawingml/2006/picture">
                  <wp:extent cx="4821120" cy="2297565"/>
                  <wp:docPr id="2" name="Picture 2"/>
                  <wp:cNvGraphicFramePr>
                    <a:graphicFrameLocks noChangeAspect="1"/>
                  </wp:cNvGraphicFramePr>
                  <a:graphic>
                    <a:graphicData uri="http://schemas.openxmlformats.org/drawingml/2006/picture">
                      <pic:pic>
                        <pic:nvPicPr>
                          <pic:cNvPr id="0" name="car-ar.png"/>
                          <pic:cNvPicPr/>
                        </pic:nvPicPr>
                        <pic:blipFill>
                          <a:blip r:embed="rId10"/>
                          <a:stretch>
                            <a:fillRect/>
                          </a:stretch>
                        </pic:blipFill>
                        <pic:spPr>
                          <a:xfrm>
                            <a:off x="0" y="0"/>
                            <a:ext cx="4821120" cy="2297565"/>
                          </a:xfrm>
                          <a:prstGeom prst="rect"/>
                        </pic:spPr>
                      </pic:pic>
                    </a:graphicData>
                  </a:graphic>
                </wp:inline>
              </w:drawing>
            </w:r>
          </w:p>
          <w:p>
            <w:pPr>
              <w:bidi/>
              <w:spacing w:before="0" w:after="40"/>
              <w:jc w:val="center"/>
            </w:pPr>
            <w:r>
              <w:rPr>
                <w:rFonts w:ascii="Arial" w:hAnsi="Arial"/>
                <w:b w:val="0"/>
                <w:color w:val="5B6B6E"/>
                <w:sz w:val="15"/>
                <w:rtl/>
                <w:szCs w:val="15"/>
              </w:rPr>
              <w:t>ضع علامة على الرسم: خ = خدش · ص = صدمة · ك = كسر</w:t>
            </w:r>
          </w:p>
        </w:tc>
      </w:tr>
    </w:tbl>
    <w:p>
      <w:pPr>
        <w:bidi/>
        <w:spacing w:before="80" w:after="0"/>
        <w:jc w:val="right"/>
      </w:pPr>
      <w:r>
        <w:rPr>
          <w:rFonts w:ascii="Arial" w:hAnsi="Arial"/>
          <w:b w:val="0"/>
          <w:color w:val="5B6B6E"/>
          <w:sz w:val="15"/>
          <w:rtl/>
          <w:szCs w:val="15"/>
        </w:rPr>
        <w:t>ملاحظات الإعادة:</w:t>
      </w:r>
    </w:p>
    <w:p>
      <w:pPr>
        <w:bidi/>
        <w:spacing w:before="160" w:after="0"/>
        <w:jc w:val="right"/>
      </w:pPr>
      <w:r>
        <w:rPr>
          <w:rFonts w:ascii="Arial" w:hAnsi="Arial"/>
          <w:b w:val="0"/>
          <w:color w:val="8E9A9C"/>
          <w:sz w:val="16"/>
          <w:rtl/>
          <w:szCs w:val="16"/>
        </w:rPr>
        <w:t>______________________________________________________________________________________________________________</w:t>
      </w:r>
    </w:p>
    <w:p>
      <w:pPr>
        <w:bidi/>
        <w:spacing w:before="160" w:after="0"/>
        <w:jc w:val="right"/>
      </w:pPr>
      <w:r>
        <w:rPr>
          <w:rFonts w:ascii="Arial" w:hAnsi="Arial"/>
          <w:b w:val="0"/>
          <w:color w:val="8E9A9C"/>
          <w:sz w:val="16"/>
          <w:rtl/>
          <w:szCs w:val="16"/>
        </w:rPr>
        <w:t>______________________________________________________________________________________________________________</w:t>
      </w:r>
    </w:p>
    <w:p>
      <w:pPr>
        <w:bidi/>
        <w:spacing w:before="160" w:after="0"/>
        <w:jc w:val="right"/>
      </w:pPr>
      <w:r>
        <w:rPr>
          <w:rFonts w:ascii="Arial" w:hAnsi="Arial"/>
          <w:b w:val="0"/>
          <w:color w:val="8E9A9C"/>
          <w:sz w:val="16"/>
          <w:rtl/>
          <w:szCs w:val="16"/>
        </w:rPr>
        <w:t>______________________________________________________________________________________________________________</w:t>
      </w:r>
    </w:p>
    <w:p>
      <w:pPr>
        <w:bidi/>
        <w:spacing w:before="0" w:after="0" w:line="120" w:lineRule="exact"/>
        <w:jc w:val="right"/>
      </w:pPr>
      <w:r>
        <w:rPr>
          <w:sz w:val="2"/>
        </w:rPr>
      </w:r>
    </w:p>
    <w:tbl>
      <w:tblPr>
        <w:tblW w:type="auto" w:w="0"/>
        <w:jc w:val="center"/>
        <w:tblLayout w:type="fixed"/>
        <w:tblLook w:firstColumn="1" w:firstRow="1" w:lastColumn="0" w:lastRow="0" w:noHBand="0" w:noVBand="1" w:val="04A0"/>
        <w:bidiVisual/>
        <w:tblLayout w:type="fixed"/>
        <w:tblW w:w="10546" w:type="dxa"/>
        <w:tblBorders>
          <w:top w:val="nil" w:sz="4" w:color="B9C3C5"/>
          <w:left w:val="nil" w:sz="4" w:color="B9C3C5"/>
          <w:bottom w:val="nil" w:sz="4" w:color="B9C3C5"/>
          <w:right w:val="nil" w:sz="4" w:color="B9C3C5"/>
          <w:insideH w:val="nil" w:sz="4" w:color="B9C3C5"/>
          <w:insideV w:val="nil" w:sz="4" w:color="B9C3C5"/>
        </w:tblBorders>
        <w:tblCellMar>
          <w:left w:w="80" w:type="dxa"/>
          <w:right w:w="80" w:type="dxa"/>
          <w:top w:w="20" w:type="dxa"/>
          <w:bottom w:w="20" w:type="dxa"/>
        </w:tblCellMar>
      </w:tblPr>
      <w:tblGrid>
        <w:gridCol w:w="5159"/>
        <w:gridCol w:w="226"/>
        <w:gridCol w:w="5159"/>
      </w:tblGrid>
      <w:tr>
        <w:trPr>
          <w:trHeight w:val="340" w:hRule="atLeast"/>
        </w:trPr>
        <w:tc>
          <w:tcPr>
            <w:tcW w:type="dxa" w:w="5159"/>
            <w:vAlign w:val="center"/>
            <w:tcBorders>
              <w:top w:val="single" w:sz="4" w:color="B9C3C5"/>
              <w:left w:val="single" w:sz="4" w:color="B9C3C5"/>
              <w:right w:val="single" w:sz="4" w:color="B9C3C5"/>
            </w:tcBorders>
          </w:tcPr>
          <w:p>
            <w:pPr>
              <w:bidi/>
              <w:spacing w:before="0" w:after="0"/>
              <w:jc w:val="right"/>
            </w:pPr>
            <w:r>
              <w:rPr>
                <w:rFonts w:ascii="Arial" w:hAnsi="Arial"/>
                <w:b/>
                <w:color w:val="12343B"/>
                <w:sz w:val="18"/>
                <w:rtl/>
                <w:szCs w:val="18"/>
                <w:bCs/>
              </w:rPr>
              <w:t>المستلم عن الشركة</w:t>
            </w:r>
          </w:p>
        </w:tc>
        <w:tc>
          <w:tcPr>
            <w:tcW w:type="dxa" w:w="227"/>
          </w:tcPr>
          <w:p/>
        </w:tc>
        <w:tc>
          <w:tcPr>
            <w:tcW w:type="dxa" w:w="5159"/>
            <w:vAlign w:val="center"/>
            <w:tcBorders>
              <w:top w:val="single" w:sz="4" w:color="B9C3C5"/>
              <w:left w:val="single" w:sz="4" w:color="B9C3C5"/>
              <w:right w:val="single" w:sz="4" w:color="B9C3C5"/>
            </w:tcBorders>
          </w:tcPr>
          <w:p>
            <w:pPr>
              <w:bidi/>
              <w:spacing w:before="0" w:after="0"/>
              <w:jc w:val="right"/>
            </w:pPr>
            <w:r>
              <w:rPr>
                <w:rFonts w:ascii="Arial" w:hAnsi="Arial"/>
                <w:b/>
                <w:color w:val="12343B"/>
                <w:sz w:val="18"/>
                <w:rtl/>
                <w:szCs w:val="18"/>
                <w:bCs/>
              </w:rPr>
              <w:t>الموظف</w:t>
            </w:r>
          </w:p>
        </w:tc>
      </w:tr>
      <w:tr>
        <w:trPr>
          <w:trHeight w:val="454" w:hRule="atLeast"/>
        </w:trPr>
        <w:tc>
          <w:tcPr>
            <w:tcW w:type="dxa" w:w="5159"/>
            <w:vAlign w:val="center"/>
            <w:tcBorders>
              <w:left w:val="single" w:sz="4" w:color="B9C3C5"/>
              <w:right w:val="single" w:sz="4" w:color="B9C3C5"/>
            </w:tcBorders>
          </w:tcPr>
          <w:p>
            <w:pPr>
              <w:bidi/>
              <w:spacing w:before="0" w:after="0"/>
              <w:jc w:val="right"/>
            </w:pPr>
            <w:r>
              <w:rPr>
                <w:rFonts w:ascii="Arial" w:hAnsi="Arial"/>
                <w:b w:val="0"/>
                <w:color w:val="12343B"/>
                <w:sz w:val="17"/>
                <w:rtl/>
                <w:szCs w:val="17"/>
              </w:rPr>
              <w:t>الاسم: ____________________   التاريخ: ____________</w:t>
            </w:r>
          </w:p>
        </w:tc>
        <w:tc>
          <w:tcPr>
            <w:tcW w:type="dxa" w:w="227"/>
          </w:tcPr>
          <w:p/>
        </w:tc>
        <w:tc>
          <w:tcPr>
            <w:tcW w:type="dxa" w:w="5159"/>
            <w:vAlign w:val="center"/>
            <w:tcBorders>
              <w:left w:val="single" w:sz="4" w:color="B9C3C5"/>
              <w:right w:val="single" w:sz="4" w:color="B9C3C5"/>
            </w:tcBorders>
          </w:tcPr>
          <w:p>
            <w:pPr>
              <w:bidi/>
              <w:spacing w:before="0" w:after="0"/>
              <w:jc w:val="right"/>
            </w:pPr>
            <w:r>
              <w:rPr>
                <w:rFonts w:ascii="Arial" w:hAnsi="Arial"/>
                <w:b w:val="0"/>
                <w:color w:val="12343B"/>
                <w:sz w:val="17"/>
                <w:rtl/>
                <w:szCs w:val="17"/>
              </w:rPr>
              <w:t>الاسم: ____________________   التاريخ: ____________</w:t>
            </w:r>
          </w:p>
        </w:tc>
      </w:tr>
      <w:tr>
        <w:trPr>
          <w:trHeight w:val="454" w:hRule="atLeast"/>
        </w:trPr>
        <w:tc>
          <w:tcPr>
            <w:tcW w:type="dxa" w:w="5159"/>
            <w:vAlign w:val="center"/>
            <w:tcBorders>
              <w:bottom w:val="single" w:sz="4" w:color="B9C3C5"/>
              <w:left w:val="single" w:sz="4" w:color="B9C3C5"/>
              <w:right w:val="single" w:sz="4" w:color="B9C3C5"/>
            </w:tcBorders>
          </w:tcPr>
          <w:p>
            <w:pPr>
              <w:bidi/>
              <w:spacing w:before="0" w:after="0"/>
              <w:jc w:val="right"/>
            </w:pPr>
            <w:r>
              <w:rPr>
                <w:rFonts w:ascii="Arial" w:hAnsi="Arial"/>
                <w:b w:val="0"/>
                <w:color w:val="12343B"/>
                <w:sz w:val="17"/>
                <w:rtl/>
                <w:szCs w:val="17"/>
              </w:rPr>
              <w:t>التوقيع: __________________________________</w:t>
            </w:r>
          </w:p>
        </w:tc>
        <w:tc>
          <w:tcPr>
            <w:tcW w:type="dxa" w:w="227"/>
          </w:tcPr>
          <w:p/>
        </w:tc>
        <w:tc>
          <w:tcPr>
            <w:tcW w:type="dxa" w:w="5159"/>
            <w:vAlign w:val="center"/>
            <w:tcBorders>
              <w:bottom w:val="single" w:sz="4" w:color="B9C3C5"/>
              <w:left w:val="single" w:sz="4" w:color="B9C3C5"/>
              <w:right w:val="single" w:sz="4" w:color="B9C3C5"/>
            </w:tcBorders>
          </w:tcPr>
          <w:p>
            <w:pPr>
              <w:bidi/>
              <w:spacing w:before="0" w:after="0"/>
              <w:jc w:val="right"/>
            </w:pPr>
            <w:r>
              <w:rPr>
                <w:rFonts w:ascii="Arial" w:hAnsi="Arial"/>
                <w:b w:val="0"/>
                <w:color w:val="12343B"/>
                <w:sz w:val="17"/>
                <w:rtl/>
                <w:szCs w:val="17"/>
              </w:rPr>
              <w:t>التوقيع: __________________________________</w:t>
            </w:r>
          </w:p>
        </w:tc>
      </w:tr>
    </w:tbl>
    <w:p>
      <w:pPr>
        <w:bidi/>
        <w:spacing w:before="280" w:after="0"/>
        <w:jc w:val="right"/>
      </w:pPr>
      <w:r>
        <w:rPr>
          <w:rFonts w:ascii="Arial" w:hAnsi="Arial"/>
          <w:b w:val="0"/>
          <w:color w:val="5B6B6E"/>
          <w:sz w:val="15"/>
          <w:rtl/>
          <w:szCs w:val="15"/>
        </w:rPr>
        <w:t>نموذج إرشادي من سيارتي+ لتنظيم العمل داخل الشركة، وليس مستندًا رسميًا أو استشارة قانونية. راجع أنظمة العمل في بلدك أو مستشارك القانوني إذا احتجت صيغة ملزمة.</w:t>
      </w:r>
    </w:p>
    <w:sectPr w:rsidR="00FC693F" w:rsidRPr="0006063C" w:rsidSect="00034616">
      <w:footerReference w:type="default" r:id="rId9"/>
      <w:pgSz w:w="11906" w:h="16838"/>
      <w:pgMar w:top="567" w:right="680" w:bottom="567" w:left="680" w:header="283" w:footer="283"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spacing w:before="0" w:after="0"/>
      <w:jc w:val="center"/>
    </w:pPr>
    <w:r>
      <w:rPr>
        <w:rFonts w:ascii="Arial" w:hAnsi="Arial"/>
        <w:b w:val="0"/>
        <w:color w:val="5B6B6E"/>
        <w:sz w:val="15"/>
        <w:rtl/>
        <w:szCs w:val="15"/>
      </w:rPr>
      <w:t>من سيارتي+‏ — sayartiplus.com · غير تابع لأي جهة حكومية</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0" w:line="240" w:lineRule="auto"/>
    </w:pPr>
    <w:rPr>
      <w:rFonts w:ascii="Arial" w:hAnsi="Arial" w:cs="Arial" w:eastAsia="Arial"/>
      <w:sz w:val="18"/>
      <w:szCs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نموذج استلام وتسليم عهدة سيارة</dc:title>
  <dc:subject/>
  <dc:creator>Sayarti+</dc:creator>
  <cp:keywords/>
  <dc:description>من سيارتي+‏ — sayartiplus.com</dc:description>
  <cp:lastModifiedBy/>
  <cp:revision>1</cp:revision>
  <dcterms:created xsi:type="dcterms:W3CDTF">2013-12-23T23:15:00Z</dcterms:created>
  <dcterms:modified xsi:type="dcterms:W3CDTF">2013-12-23T23:15:00Z</dcterms:modified>
  <cp:category/>
</cp:coreProperties>
</file>