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auto" w:w="0"/>
        <w:jc w:val="center"/>
        <w:tblLayout w:type="fixed"/>
        <w:tblLook w:firstColumn="1" w:firstRow="1" w:lastColumn="0" w:lastRow="0" w:noHBand="0" w:noVBand="1" w:val="04A0"/>
        <w:tblLayout w:type="fixed"/>
        <w:tblW w:w="10546" w:type="dxa"/>
        <w:tblBorders>
          <w:top w:val="nil" w:sz="4" w:color="B9C3C5"/>
          <w:left w:val="nil" w:sz="4" w:color="B9C3C5"/>
          <w:bottom w:val="nil" w:sz="4" w:color="B9C3C5"/>
          <w:right w:val="nil" w:sz="4" w:color="B9C3C5"/>
          <w:insideH w:val="nil" w:sz="4" w:color="B9C3C5"/>
          <w:insideV w:val="nil" w:sz="4" w:color="B9C3C5"/>
        </w:tblBorders>
        <w:tblCellMar>
          <w:left w:w="80" w:type="dxa"/>
          <w:right w:w="80" w:type="dxa"/>
          <w:top w:w="20" w:type="dxa"/>
          <w:bottom w:w="20" w:type="dxa"/>
        </w:tblCellMar>
      </w:tblPr>
      <w:tblGrid>
        <w:gridCol w:w="8051"/>
        <w:gridCol w:w="2494"/>
      </w:tblGrid>
      <w:tr>
        <w:trPr>
          <w:trHeight w:val="312" w:hRule="atLeast"/>
        </w:trPr>
        <w:tc>
          <w:tcPr>
            <w:tcW w:type="dxa" w:w="8050"/>
            <w:vMerge w:val="restart"/>
            <w:vAlign w:val="center"/>
            <w:shd w:val="clear" w:color="auto" w:fill="12343B"/>
          </w:tcPr>
          <w:p>
            <w:pPr>
              <w:spacing w:before="0" w:after="0"/>
              <w:jc w:val="left"/>
            </w:pPr>
            <w:r>
              <w:rPr>
                <w:rFonts w:ascii="Arial" w:hAnsi="Arial"/>
                <w:b/>
                <w:color w:val="FFFFFF"/>
                <w:sz w:val="28"/>
                <w:szCs w:val="28"/>
                <w:bCs/>
              </w:rPr>
              <w:t>Vehicle handover and return form</w:t>
            </w:r>
          </w:p>
          <w:p>
            <w:pPr>
              <w:spacing w:before="0" w:after="0"/>
              <w:jc w:val="left"/>
            </w:pPr>
            <w:r>
              <w:rPr>
                <w:rFonts w:ascii="Arial" w:hAnsi="Arial"/>
                <w:b w:val="0"/>
                <w:color w:val="F2E6D3"/>
                <w:sz w:val="16"/>
                <w:szCs w:val="16"/>
              </w:rPr>
              <w:t>From Sayarti+ — sayartiplus.com</w:t>
            </w:r>
          </w:p>
        </w:tc>
        <w:tc>
          <w:tcPr>
            <w:tcW w:type="dxa" w:w="2494"/>
            <w:vAlign w:val="center"/>
          </w:tcPr>
          <w:p>
            <w:pPr>
              <w:spacing w:before="0" w:after="0"/>
              <w:jc w:val="center"/>
            </w:pPr>
            <w:r>
              <w:rPr>
                <w:rFonts w:ascii="Arial" w:hAnsi="Arial"/>
                <w:b w:val="0"/>
                <w:color w:val="12343B"/>
                <w:sz w:val="17"/>
                <w:szCs w:val="17"/>
              </w:rPr>
              <w:t>Form no.: ________</w:t>
            </w:r>
          </w:p>
        </w:tc>
      </w:tr>
      <w:tr>
        <w:trPr>
          <w:trHeight w:val="567" w:hRule="atLeast"/>
        </w:trPr>
        <w:tc>
          <w:tcPr>
            <w:tcW w:type="dxa" w:w="8050"/>
            <w:vMerge/>
          </w:tcPr>
          <w:p/>
        </w:tc>
        <w:tc>
          <w:tcPr>
            <w:tcW w:type="dxa" w:w="2494"/>
            <w:vAlign w:val="center"/>
            <w:tcBorders>
              <w:top w:val="dashed" w:sz="6" w:color="9AA7AA"/>
              <w:bottom w:val="dashed" w:sz="6" w:color="9AA7AA"/>
              <w:left w:val="dashed" w:sz="6" w:color="9AA7AA"/>
              <w:right w:val="dashed" w:sz="6" w:color="9AA7AA"/>
            </w:tcBorders>
          </w:tcPr>
          <w:p>
            <w:pPr>
              <w:spacing w:before="0" w:after="0"/>
              <w:jc w:val="center"/>
            </w:pPr>
            <w:r>
              <w:rPr>
                <w:rFonts w:ascii="Arial" w:hAnsi="Arial"/>
                <w:b w:val="0"/>
                <w:color w:val="8A9699"/>
                <w:sz w:val="16"/>
                <w:szCs w:val="16"/>
              </w:rPr>
              <w:t>Company logo</w:t>
            </w:r>
          </w:p>
        </w:tc>
      </w:tr>
    </w:tbl>
    <w:p>
      <w:pPr>
        <w:spacing w:before="0" w:after="0" w:line="60" w:lineRule="exact"/>
        <w:jc w:val="left"/>
      </w:pPr>
      <w:r>
        <w:rPr>
          <w:sz w:val="2"/>
        </w:rPr>
      </w:r>
    </w:p>
    <w:tbl>
      <w:tblPr>
        <w:tblW w:type="auto" w:w="0"/>
        <w:jc w:val="center"/>
        <w:tblLayout w:type="fixed"/>
        <w:tblLook w:firstColumn="1" w:firstRow="1" w:lastColumn="0" w:lastRow="0" w:noHBand="0" w:noVBand="1" w:val="04A0"/>
        <w:tblLayout w:type="fixed"/>
        <w:tblW w:w="10546" w:type="dxa"/>
        <w:tblBorders>
          <w:top w:val="nil" w:sz="4" w:color="B9C3C5"/>
          <w:left w:val="nil" w:sz="4" w:color="B9C3C5"/>
          <w:bottom w:val="nil" w:sz="4" w:color="B9C3C5"/>
          <w:right w:val="nil" w:sz="4" w:color="B9C3C5"/>
          <w:insideH w:val="nil" w:sz="4" w:color="B9C3C5"/>
          <w:insideV w:val="nil" w:sz="4" w:color="B9C3C5"/>
        </w:tblBorders>
        <w:tblCellMar>
          <w:left w:w="80" w:type="dxa"/>
          <w:right w:w="80" w:type="dxa"/>
          <w:top w:w="20" w:type="dxa"/>
          <w:bottom w:w="20" w:type="dxa"/>
        </w:tblCellMar>
      </w:tblPr>
      <w:tblGrid>
        <w:gridCol w:w="2685"/>
        <w:gridCol w:w="2474"/>
        <w:gridCol w:w="226"/>
        <w:gridCol w:w="2685"/>
        <w:gridCol w:w="2474"/>
      </w:tblGrid>
      <w:tr>
        <w:trPr>
          <w:trHeight w:val="340" w:hRule="atLeast"/>
        </w:trPr>
        <w:tc>
          <w:tcPr>
            <w:tcW w:type="dxa" w:w="5159"/>
            <w:gridSpan w:val="2"/>
            <w:vAlign w:val="center"/>
            <w:shd w:val="clear" w:color="auto" w:fill="0E7C7B"/>
          </w:tcPr>
          <w:p>
            <w:pPr>
              <w:spacing w:before="0" w:after="0"/>
              <w:jc w:val="left"/>
            </w:pPr>
            <w:r>
              <w:rPr>
                <w:rFonts w:ascii="Arial" w:hAnsi="Arial"/>
                <w:b/>
                <w:color w:val="FFFFFF"/>
                <w:sz w:val="20"/>
                <w:szCs w:val="20"/>
                <w:bCs/>
              </w:rPr>
              <w:t>A. Company and employee</w:t>
            </w:r>
          </w:p>
        </w:tc>
        <w:tc>
          <w:tcPr>
            <w:tcW w:type="dxa" w:w="227"/>
          </w:tcPr>
          <w:p/>
        </w:tc>
        <w:tc>
          <w:tcPr>
            <w:tcW w:type="dxa" w:w="5159"/>
            <w:gridSpan w:val="2"/>
            <w:vAlign w:val="center"/>
            <w:shd w:val="clear" w:color="auto" w:fill="0E7C7B"/>
          </w:tcPr>
          <w:p>
            <w:pPr>
              <w:spacing w:before="0" w:after="0"/>
              <w:jc w:val="left"/>
            </w:pPr>
            <w:r>
              <w:rPr>
                <w:rFonts w:ascii="Arial" w:hAnsi="Arial"/>
                <w:b/>
                <w:color w:val="FFFFFF"/>
                <w:sz w:val="20"/>
                <w:szCs w:val="20"/>
                <w:bCs/>
              </w:rPr>
              <w:t>B. Vehicle</w:t>
            </w:r>
          </w:p>
        </w:tc>
      </w:tr>
      <w:tr>
        <w:trPr>
          <w:trHeight w:val="329" w:hRule="atLeast"/>
        </w:trPr>
        <w:tc>
          <w:tcPr>
            <w:tcW w:type="dxa" w:w="2685"/>
            <w:vAlign w:val="center"/>
            <w:shd w:val="clear" w:color="auto" w:fill="FAF5EC"/>
            <w:tcBorders>
              <w:top w:val="single" w:sz="4" w:color="B9C3C5"/>
              <w:bottom w:val="single" w:sz="4" w:color="B9C3C5"/>
              <w:left w:val="single" w:sz="4" w:color="B9C3C5"/>
              <w:right w:val="single" w:sz="4" w:color="B9C3C5"/>
            </w:tcBorders>
          </w:tcPr>
          <w:p>
            <w:pPr>
              <w:spacing w:before="0" w:after="0"/>
              <w:jc w:val="left"/>
            </w:pPr>
            <w:r>
              <w:rPr>
                <w:rFonts w:ascii="Arial" w:hAnsi="Arial"/>
                <w:b w:val="0"/>
                <w:color w:val="12343B"/>
                <w:sz w:val="16"/>
                <w:szCs w:val="16"/>
              </w:rPr>
              <w:t>Company name</w:t>
            </w:r>
          </w:p>
        </w:tc>
        <w:tc>
          <w:tcPr>
            <w:tcW w:type="dxa" w:w="2474"/>
            <w:tcBorders>
              <w:top w:val="single" w:sz="4" w:color="B9C3C5"/>
              <w:bottom w:val="single" w:sz="4" w:color="B9C3C5"/>
              <w:left w:val="single" w:sz="4" w:color="B9C3C5"/>
              <w:right w:val="single" w:sz="4" w:color="B9C3C5"/>
            </w:tcBorders>
          </w:tcPr>
          <w:p/>
        </w:tc>
        <w:tc>
          <w:tcPr>
            <w:tcW w:type="dxa" w:w="227"/>
          </w:tcPr>
          <w:p/>
        </w:tc>
        <w:tc>
          <w:tcPr>
            <w:tcW w:type="dxa" w:w="2685"/>
            <w:vAlign w:val="center"/>
            <w:shd w:val="clear" w:color="auto" w:fill="FAF5EC"/>
            <w:tcBorders>
              <w:top w:val="single" w:sz="4" w:color="B9C3C5"/>
              <w:bottom w:val="single" w:sz="4" w:color="B9C3C5"/>
              <w:left w:val="single" w:sz="4" w:color="B9C3C5"/>
              <w:right w:val="single" w:sz="4" w:color="B9C3C5"/>
            </w:tcBorders>
          </w:tcPr>
          <w:p>
            <w:pPr>
              <w:spacing w:before="0" w:after="0"/>
              <w:jc w:val="left"/>
            </w:pPr>
            <w:r>
              <w:rPr>
                <w:rFonts w:ascii="Arial" w:hAnsi="Arial"/>
                <w:b w:val="0"/>
                <w:color w:val="12343B"/>
                <w:sz w:val="16"/>
                <w:szCs w:val="16"/>
              </w:rPr>
              <w:t>Make and model</w:t>
            </w:r>
          </w:p>
        </w:tc>
        <w:tc>
          <w:tcPr>
            <w:tcW w:type="dxa" w:w="2474"/>
            <w:tcBorders>
              <w:top w:val="single" w:sz="4" w:color="B9C3C5"/>
              <w:bottom w:val="single" w:sz="4" w:color="B9C3C5"/>
              <w:left w:val="single" w:sz="4" w:color="B9C3C5"/>
              <w:right w:val="single" w:sz="4" w:color="B9C3C5"/>
            </w:tcBorders>
          </w:tcPr>
          <w:p/>
        </w:tc>
      </w:tr>
      <w:tr>
        <w:trPr>
          <w:trHeight w:val="329" w:hRule="atLeast"/>
        </w:trPr>
        <w:tc>
          <w:tcPr>
            <w:tcW w:type="dxa" w:w="2685"/>
            <w:vAlign w:val="center"/>
            <w:shd w:val="clear" w:color="auto" w:fill="FAF5EC"/>
            <w:tcBorders>
              <w:top w:val="single" w:sz="4" w:color="B9C3C5"/>
              <w:bottom w:val="single" w:sz="4" w:color="B9C3C5"/>
              <w:left w:val="single" w:sz="4" w:color="B9C3C5"/>
              <w:right w:val="single" w:sz="4" w:color="B9C3C5"/>
            </w:tcBorders>
          </w:tcPr>
          <w:p>
            <w:pPr>
              <w:spacing w:before="0" w:after="0"/>
              <w:jc w:val="left"/>
            </w:pPr>
            <w:r>
              <w:rPr>
                <w:rFonts w:ascii="Arial" w:hAnsi="Arial"/>
                <w:b w:val="0"/>
                <w:color w:val="12343B"/>
                <w:sz w:val="16"/>
                <w:szCs w:val="16"/>
              </w:rPr>
              <w:t>Department or branch</w:t>
            </w:r>
          </w:p>
        </w:tc>
        <w:tc>
          <w:tcPr>
            <w:tcW w:type="dxa" w:w="2474"/>
            <w:tcBorders>
              <w:top w:val="single" w:sz="4" w:color="B9C3C5"/>
              <w:bottom w:val="single" w:sz="4" w:color="B9C3C5"/>
              <w:left w:val="single" w:sz="4" w:color="B9C3C5"/>
              <w:right w:val="single" w:sz="4" w:color="B9C3C5"/>
            </w:tcBorders>
          </w:tcPr>
          <w:p/>
        </w:tc>
        <w:tc>
          <w:tcPr>
            <w:tcW w:type="dxa" w:w="227"/>
          </w:tcPr>
          <w:p/>
        </w:tc>
        <w:tc>
          <w:tcPr>
            <w:tcW w:type="dxa" w:w="2685"/>
            <w:vAlign w:val="center"/>
            <w:shd w:val="clear" w:color="auto" w:fill="FAF5EC"/>
            <w:tcBorders>
              <w:top w:val="single" w:sz="4" w:color="B9C3C5"/>
              <w:bottom w:val="single" w:sz="4" w:color="B9C3C5"/>
              <w:left w:val="single" w:sz="4" w:color="B9C3C5"/>
              <w:right w:val="single" w:sz="4" w:color="B9C3C5"/>
            </w:tcBorders>
          </w:tcPr>
          <w:p>
            <w:pPr>
              <w:spacing w:before="0" w:after="0"/>
              <w:jc w:val="left"/>
            </w:pPr>
            <w:r>
              <w:rPr>
                <w:rFonts w:ascii="Arial" w:hAnsi="Arial"/>
                <w:b w:val="0"/>
                <w:color w:val="12343B"/>
                <w:sz w:val="16"/>
                <w:szCs w:val="16"/>
              </w:rPr>
              <w:t>Year</w:t>
            </w:r>
          </w:p>
        </w:tc>
        <w:tc>
          <w:tcPr>
            <w:tcW w:type="dxa" w:w="2474"/>
            <w:tcBorders>
              <w:top w:val="single" w:sz="4" w:color="B9C3C5"/>
              <w:bottom w:val="single" w:sz="4" w:color="B9C3C5"/>
              <w:left w:val="single" w:sz="4" w:color="B9C3C5"/>
              <w:right w:val="single" w:sz="4" w:color="B9C3C5"/>
            </w:tcBorders>
          </w:tcPr>
          <w:p/>
        </w:tc>
      </w:tr>
      <w:tr>
        <w:trPr>
          <w:trHeight w:val="329" w:hRule="atLeast"/>
        </w:trPr>
        <w:tc>
          <w:tcPr>
            <w:tcW w:type="dxa" w:w="2685"/>
            <w:vAlign w:val="center"/>
            <w:shd w:val="clear" w:color="auto" w:fill="FAF5EC"/>
            <w:tcBorders>
              <w:top w:val="single" w:sz="4" w:color="B9C3C5"/>
              <w:bottom w:val="single" w:sz="4" w:color="B9C3C5"/>
              <w:left w:val="single" w:sz="4" w:color="B9C3C5"/>
              <w:right w:val="single" w:sz="4" w:color="B9C3C5"/>
            </w:tcBorders>
          </w:tcPr>
          <w:p>
            <w:pPr>
              <w:spacing w:before="0" w:after="0"/>
              <w:jc w:val="left"/>
            </w:pPr>
            <w:r>
              <w:rPr>
                <w:rFonts w:ascii="Arial" w:hAnsi="Arial"/>
                <w:b w:val="0"/>
                <w:color w:val="12343B"/>
                <w:sz w:val="16"/>
                <w:szCs w:val="16"/>
              </w:rPr>
              <w:t>Employee receiving the car</w:t>
            </w:r>
          </w:p>
        </w:tc>
        <w:tc>
          <w:tcPr>
            <w:tcW w:type="dxa" w:w="2474"/>
            <w:tcBorders>
              <w:top w:val="single" w:sz="4" w:color="B9C3C5"/>
              <w:bottom w:val="single" w:sz="4" w:color="B9C3C5"/>
              <w:left w:val="single" w:sz="4" w:color="B9C3C5"/>
              <w:right w:val="single" w:sz="4" w:color="B9C3C5"/>
            </w:tcBorders>
          </w:tcPr>
          <w:p/>
        </w:tc>
        <w:tc>
          <w:tcPr>
            <w:tcW w:type="dxa" w:w="227"/>
          </w:tcPr>
          <w:p/>
        </w:tc>
        <w:tc>
          <w:tcPr>
            <w:tcW w:type="dxa" w:w="2685"/>
            <w:vAlign w:val="center"/>
            <w:shd w:val="clear" w:color="auto" w:fill="FAF5EC"/>
            <w:tcBorders>
              <w:top w:val="single" w:sz="4" w:color="B9C3C5"/>
              <w:bottom w:val="single" w:sz="4" w:color="B9C3C5"/>
              <w:left w:val="single" w:sz="4" w:color="B9C3C5"/>
              <w:right w:val="single" w:sz="4" w:color="B9C3C5"/>
            </w:tcBorders>
          </w:tcPr>
          <w:p>
            <w:pPr>
              <w:spacing w:before="0" w:after="0"/>
              <w:jc w:val="left"/>
            </w:pPr>
            <w:r>
              <w:rPr>
                <w:rFonts w:ascii="Arial" w:hAnsi="Arial"/>
                <w:b w:val="0"/>
                <w:color w:val="12343B"/>
                <w:sz w:val="16"/>
                <w:szCs w:val="16"/>
              </w:rPr>
              <w:t>Plate number</w:t>
            </w:r>
          </w:p>
        </w:tc>
        <w:tc>
          <w:tcPr>
            <w:tcW w:type="dxa" w:w="2474"/>
            <w:tcBorders>
              <w:top w:val="single" w:sz="4" w:color="B9C3C5"/>
              <w:bottom w:val="single" w:sz="4" w:color="B9C3C5"/>
              <w:left w:val="single" w:sz="4" w:color="B9C3C5"/>
              <w:right w:val="single" w:sz="4" w:color="B9C3C5"/>
            </w:tcBorders>
          </w:tcPr>
          <w:p/>
        </w:tc>
      </w:tr>
      <w:tr>
        <w:trPr>
          <w:trHeight w:val="329" w:hRule="atLeast"/>
        </w:trPr>
        <w:tc>
          <w:tcPr>
            <w:tcW w:type="dxa" w:w="2685"/>
            <w:vAlign w:val="center"/>
            <w:shd w:val="clear" w:color="auto" w:fill="FAF5EC"/>
            <w:tcBorders>
              <w:top w:val="single" w:sz="4" w:color="B9C3C5"/>
              <w:bottom w:val="single" w:sz="4" w:color="B9C3C5"/>
              <w:left w:val="single" w:sz="4" w:color="B9C3C5"/>
              <w:right w:val="single" w:sz="4" w:color="B9C3C5"/>
            </w:tcBorders>
          </w:tcPr>
          <w:p>
            <w:pPr>
              <w:spacing w:before="0" w:after="0"/>
              <w:jc w:val="left"/>
            </w:pPr>
            <w:r>
              <w:rPr>
                <w:rFonts w:ascii="Arial" w:hAnsi="Arial"/>
                <w:b w:val="0"/>
                <w:color w:val="12343B"/>
                <w:sz w:val="16"/>
                <w:szCs w:val="16"/>
              </w:rPr>
              <w:t>Employee no. (internal)</w:t>
            </w:r>
          </w:p>
        </w:tc>
        <w:tc>
          <w:tcPr>
            <w:tcW w:type="dxa" w:w="2474"/>
            <w:tcBorders>
              <w:top w:val="single" w:sz="4" w:color="B9C3C5"/>
              <w:bottom w:val="single" w:sz="4" w:color="B9C3C5"/>
              <w:left w:val="single" w:sz="4" w:color="B9C3C5"/>
              <w:right w:val="single" w:sz="4" w:color="B9C3C5"/>
            </w:tcBorders>
          </w:tcPr>
          <w:p/>
        </w:tc>
        <w:tc>
          <w:tcPr>
            <w:tcW w:type="dxa" w:w="227"/>
          </w:tcPr>
          <w:p/>
        </w:tc>
        <w:tc>
          <w:tcPr>
            <w:tcW w:type="dxa" w:w="2685"/>
            <w:vAlign w:val="center"/>
            <w:shd w:val="clear" w:color="auto" w:fill="FAF5EC"/>
            <w:tcBorders>
              <w:top w:val="single" w:sz="4" w:color="B9C3C5"/>
              <w:bottom w:val="single" w:sz="4" w:color="B9C3C5"/>
              <w:left w:val="single" w:sz="4" w:color="B9C3C5"/>
              <w:right w:val="single" w:sz="4" w:color="B9C3C5"/>
            </w:tcBorders>
          </w:tcPr>
          <w:p>
            <w:pPr>
              <w:spacing w:before="0" w:after="0"/>
              <w:jc w:val="left"/>
            </w:pPr>
            <w:r>
              <w:rPr>
                <w:rFonts w:ascii="Arial" w:hAnsi="Arial"/>
                <w:b w:val="0"/>
                <w:color w:val="12343B"/>
                <w:sz w:val="16"/>
                <w:szCs w:val="16"/>
              </w:rPr>
              <w:t>Colour</w:t>
            </w:r>
          </w:p>
        </w:tc>
        <w:tc>
          <w:tcPr>
            <w:tcW w:type="dxa" w:w="2474"/>
            <w:tcBorders>
              <w:top w:val="single" w:sz="4" w:color="B9C3C5"/>
              <w:bottom w:val="single" w:sz="4" w:color="B9C3C5"/>
              <w:left w:val="single" w:sz="4" w:color="B9C3C5"/>
              <w:right w:val="single" w:sz="4" w:color="B9C3C5"/>
            </w:tcBorders>
          </w:tcPr>
          <w:p/>
        </w:tc>
      </w:tr>
      <w:tr>
        <w:trPr>
          <w:trHeight w:val="329" w:hRule="atLeast"/>
        </w:trPr>
        <w:tc>
          <w:tcPr>
            <w:tcW w:type="dxa" w:w="2685"/>
            <w:vAlign w:val="center"/>
            <w:shd w:val="clear" w:color="auto" w:fill="FAF5EC"/>
            <w:tcBorders>
              <w:top w:val="single" w:sz="4" w:color="B9C3C5"/>
              <w:bottom w:val="single" w:sz="4" w:color="B9C3C5"/>
              <w:left w:val="single" w:sz="4" w:color="B9C3C5"/>
              <w:right w:val="single" w:sz="4" w:color="B9C3C5"/>
            </w:tcBorders>
          </w:tcPr>
          <w:p>
            <w:pPr>
              <w:spacing w:before="0" w:after="0"/>
              <w:jc w:val="left"/>
            </w:pPr>
            <w:r>
              <w:rPr>
                <w:rFonts w:ascii="Arial" w:hAnsi="Arial"/>
                <w:b w:val="0"/>
                <w:color w:val="12343B"/>
                <w:sz w:val="16"/>
                <w:szCs w:val="16"/>
              </w:rPr>
              <w:t>Job title</w:t>
            </w:r>
          </w:p>
        </w:tc>
        <w:tc>
          <w:tcPr>
            <w:tcW w:type="dxa" w:w="2474"/>
            <w:tcBorders>
              <w:top w:val="single" w:sz="4" w:color="B9C3C5"/>
              <w:bottom w:val="single" w:sz="4" w:color="B9C3C5"/>
              <w:left w:val="single" w:sz="4" w:color="B9C3C5"/>
              <w:right w:val="single" w:sz="4" w:color="B9C3C5"/>
            </w:tcBorders>
          </w:tcPr>
          <w:p/>
        </w:tc>
        <w:tc>
          <w:tcPr>
            <w:tcW w:type="dxa" w:w="227"/>
          </w:tcPr>
          <w:p/>
        </w:tc>
        <w:tc>
          <w:tcPr>
            <w:tcW w:type="dxa" w:w="2685"/>
            <w:vAlign w:val="center"/>
            <w:shd w:val="clear" w:color="auto" w:fill="FAF5EC"/>
            <w:tcBorders>
              <w:top w:val="single" w:sz="4" w:color="B9C3C5"/>
              <w:bottom w:val="single" w:sz="4" w:color="B9C3C5"/>
              <w:left w:val="single" w:sz="4" w:color="B9C3C5"/>
              <w:right w:val="single" w:sz="4" w:color="B9C3C5"/>
            </w:tcBorders>
          </w:tcPr>
          <w:p>
            <w:pPr>
              <w:spacing w:before="0" w:after="0"/>
              <w:jc w:val="left"/>
            </w:pPr>
            <w:r>
              <w:rPr>
                <w:rFonts w:ascii="Arial" w:hAnsi="Arial"/>
                <w:b w:val="0"/>
                <w:color w:val="12343B"/>
                <w:sz w:val="16"/>
                <w:szCs w:val="16"/>
              </w:rPr>
              <w:t>VIN (optional)</w:t>
            </w:r>
          </w:p>
        </w:tc>
        <w:tc>
          <w:tcPr>
            <w:tcW w:type="dxa" w:w="2474"/>
            <w:tcBorders>
              <w:top w:val="single" w:sz="4" w:color="B9C3C5"/>
              <w:bottom w:val="single" w:sz="4" w:color="B9C3C5"/>
              <w:left w:val="single" w:sz="4" w:color="B9C3C5"/>
              <w:right w:val="single" w:sz="4" w:color="B9C3C5"/>
            </w:tcBorders>
          </w:tcPr>
          <w:p/>
        </w:tc>
      </w:tr>
      <w:tr>
        <w:trPr>
          <w:trHeight w:val="329" w:hRule="atLeast"/>
        </w:trPr>
        <w:tc>
          <w:tcPr>
            <w:tcW w:type="dxa" w:w="2685"/>
            <w:vAlign w:val="center"/>
            <w:shd w:val="clear" w:color="auto" w:fill="FAF5EC"/>
            <w:tcBorders>
              <w:top w:val="single" w:sz="4" w:color="B9C3C5"/>
              <w:bottom w:val="single" w:sz="4" w:color="B9C3C5"/>
              <w:left w:val="single" w:sz="4" w:color="B9C3C5"/>
              <w:right w:val="single" w:sz="4" w:color="B9C3C5"/>
            </w:tcBorders>
          </w:tcPr>
          <w:p>
            <w:pPr>
              <w:spacing w:before="0" w:after="0"/>
              <w:jc w:val="left"/>
            </w:pPr>
            <w:r>
              <w:rPr>
                <w:rFonts w:ascii="Arial" w:hAnsi="Arial"/>
                <w:b w:val="0"/>
                <w:color w:val="12343B"/>
                <w:sz w:val="16"/>
                <w:szCs w:val="16"/>
              </w:rPr>
              <w:t>Mobile</w:t>
            </w:r>
          </w:p>
        </w:tc>
        <w:tc>
          <w:tcPr>
            <w:tcW w:type="dxa" w:w="2474"/>
            <w:tcBorders>
              <w:top w:val="single" w:sz="4" w:color="B9C3C5"/>
              <w:bottom w:val="single" w:sz="4" w:color="B9C3C5"/>
              <w:left w:val="single" w:sz="4" w:color="B9C3C5"/>
              <w:right w:val="single" w:sz="4" w:color="B9C3C5"/>
            </w:tcBorders>
          </w:tcPr>
          <w:p/>
        </w:tc>
        <w:tc>
          <w:tcPr>
            <w:tcW w:type="dxa" w:w="227"/>
          </w:tcPr>
          <w:p/>
        </w:tc>
        <w:tc>
          <w:tcPr>
            <w:tcW w:type="dxa" w:w="2685"/>
            <w:vAlign w:val="center"/>
            <w:shd w:val="clear" w:color="auto" w:fill="FAF5EC"/>
            <w:tcBorders>
              <w:top w:val="single" w:sz="4" w:color="B9C3C5"/>
              <w:bottom w:val="single" w:sz="4" w:color="B9C3C5"/>
              <w:left w:val="single" w:sz="4" w:color="B9C3C5"/>
              <w:right w:val="single" w:sz="4" w:color="B9C3C5"/>
            </w:tcBorders>
          </w:tcPr>
          <w:p>
            <w:pPr>
              <w:spacing w:before="0" w:after="0"/>
              <w:jc w:val="left"/>
            </w:pPr>
            <w:r>
              <w:rPr>
                <w:rFonts w:ascii="Arial" w:hAnsi="Arial"/>
                <w:b w:val="0"/>
                <w:color w:val="12343B"/>
                <w:sz w:val="16"/>
                <w:szCs w:val="16"/>
              </w:rPr>
              <w:t>Registration expiry</w:t>
            </w:r>
          </w:p>
        </w:tc>
        <w:tc>
          <w:tcPr>
            <w:tcW w:type="dxa" w:w="2474"/>
            <w:tcBorders>
              <w:top w:val="single" w:sz="4" w:color="B9C3C5"/>
              <w:bottom w:val="single" w:sz="4" w:color="B9C3C5"/>
              <w:left w:val="single" w:sz="4" w:color="B9C3C5"/>
              <w:right w:val="single" w:sz="4" w:color="B9C3C5"/>
            </w:tcBorders>
          </w:tcPr>
          <w:p/>
        </w:tc>
      </w:tr>
      <w:tr>
        <w:trPr>
          <w:trHeight w:val="329" w:hRule="atLeast"/>
        </w:trPr>
        <w:tc>
          <w:tcPr>
            <w:tcW w:type="dxa" w:w="2685"/>
            <w:vAlign w:val="center"/>
            <w:shd w:val="clear" w:color="auto" w:fill="FAF5EC"/>
            <w:tcBorders>
              <w:top w:val="single" w:sz="4" w:color="B9C3C5"/>
              <w:bottom w:val="single" w:sz="4" w:color="B9C3C5"/>
              <w:left w:val="single" w:sz="4" w:color="B9C3C5"/>
              <w:right w:val="single" w:sz="4" w:color="B9C3C5"/>
            </w:tcBorders>
          </w:tcPr>
          <w:p>
            <w:pPr>
              <w:spacing w:before="0" w:after="0"/>
              <w:jc w:val="left"/>
            </w:pPr>
            <w:r>
              <w:rPr>
                <w:rFonts w:ascii="Arial" w:hAnsi="Arial"/>
                <w:b w:val="0"/>
                <w:color w:val="12343B"/>
                <w:sz w:val="16"/>
                <w:szCs w:val="16"/>
              </w:rPr>
              <w:t>Driving licence expiry date</w:t>
            </w:r>
          </w:p>
        </w:tc>
        <w:tc>
          <w:tcPr>
            <w:tcW w:type="dxa" w:w="2474"/>
            <w:tcBorders>
              <w:top w:val="single" w:sz="4" w:color="B9C3C5"/>
              <w:bottom w:val="single" w:sz="4" w:color="B9C3C5"/>
              <w:left w:val="single" w:sz="4" w:color="B9C3C5"/>
              <w:right w:val="single" w:sz="4" w:color="B9C3C5"/>
            </w:tcBorders>
          </w:tcPr>
          <w:p/>
        </w:tc>
        <w:tc>
          <w:tcPr>
            <w:tcW w:type="dxa" w:w="227"/>
          </w:tcPr>
          <w:p/>
        </w:tc>
        <w:tc>
          <w:tcPr>
            <w:tcW w:type="dxa" w:w="2685"/>
            <w:vAlign w:val="center"/>
            <w:shd w:val="clear" w:color="auto" w:fill="FAF5EC"/>
            <w:tcBorders>
              <w:top w:val="single" w:sz="4" w:color="B9C3C5"/>
              <w:bottom w:val="single" w:sz="4" w:color="B9C3C5"/>
              <w:left w:val="single" w:sz="4" w:color="B9C3C5"/>
              <w:right w:val="single" w:sz="4" w:color="B9C3C5"/>
            </w:tcBorders>
          </w:tcPr>
          <w:p>
            <w:pPr>
              <w:spacing w:before="0" w:after="0"/>
              <w:jc w:val="left"/>
            </w:pPr>
            <w:r>
              <w:rPr>
                <w:rFonts w:ascii="Arial" w:hAnsi="Arial"/>
                <w:b w:val="0"/>
                <w:color w:val="12343B"/>
                <w:sz w:val="16"/>
                <w:szCs w:val="16"/>
              </w:rPr>
              <w:t>Insurance expiry</w:t>
            </w:r>
          </w:p>
        </w:tc>
        <w:tc>
          <w:tcPr>
            <w:tcW w:type="dxa" w:w="2474"/>
            <w:tcBorders>
              <w:top w:val="single" w:sz="4" w:color="B9C3C5"/>
              <w:bottom w:val="single" w:sz="4" w:color="B9C3C5"/>
              <w:left w:val="single" w:sz="4" w:color="B9C3C5"/>
              <w:right w:val="single" w:sz="4" w:color="B9C3C5"/>
            </w:tcBorders>
          </w:tcPr>
          <w:p/>
        </w:tc>
      </w:tr>
      <w:tr>
        <w:tc>
          <w:tcPr>
            <w:tcW w:type="dxa" w:w="5159"/>
            <w:gridSpan w:val="2"/>
            <w:vAlign w:val="center"/>
          </w:tcPr>
          <w:p>
            <w:pPr>
              <w:spacing w:before="0" w:after="0"/>
              <w:jc w:val="left"/>
            </w:pPr>
            <w:r>
              <w:rPr>
                <w:rFonts w:ascii="Arial" w:hAnsi="Arial"/>
                <w:b w:val="0"/>
                <w:color w:val="5B6B6E"/>
                <w:sz w:val="14"/>
                <w:szCs w:val="14"/>
              </w:rPr>
              <w:t>This form does not ask for national ID or Iqama numbers.</w:t>
            </w:r>
          </w:p>
        </w:tc>
        <w:tc>
          <w:tcPr>
            <w:tcW w:type="dxa" w:w="227"/>
          </w:tcPr>
          <w:p/>
        </w:tc>
        <w:tc>
          <w:tcPr>
            <w:tcW w:type="dxa" w:w="2685"/>
          </w:tcPr>
          <w:p/>
        </w:tc>
        <w:tc>
          <w:tcPr>
            <w:tcW w:type="dxa" w:w="2474"/>
          </w:tcPr>
          <w:p/>
        </w:tc>
      </w:tr>
    </w:tbl>
    <w:p>
      <w:pPr>
        <w:spacing w:before="0" w:after="0" w:line="40" w:lineRule="exact"/>
        <w:jc w:val="left"/>
      </w:pPr>
      <w:r>
        <w:rPr>
          <w:sz w:val="2"/>
        </w:rPr>
      </w:r>
    </w:p>
    <w:tbl>
      <w:tblPr>
        <w:tblW w:type="auto" w:w="0"/>
        <w:jc w:val="center"/>
        <w:tblLayout w:type="fixed"/>
        <w:tblLook w:firstColumn="1" w:firstRow="1" w:lastColumn="0" w:lastRow="0" w:noHBand="0" w:noVBand="1" w:val="04A0"/>
        <w:tblLayout w:type="fixed"/>
        <w:tblW w:w="10546" w:type="dxa"/>
        <w:tblBorders>
          <w:top w:val="nil" w:sz="4" w:color="B9C3C5"/>
          <w:left w:val="nil" w:sz="4" w:color="B9C3C5"/>
          <w:bottom w:val="nil" w:sz="4" w:color="B9C3C5"/>
          <w:right w:val="nil" w:sz="4" w:color="B9C3C5"/>
          <w:insideH w:val="nil" w:sz="4" w:color="B9C3C5"/>
          <w:insideV w:val="nil" w:sz="4" w:color="B9C3C5"/>
        </w:tblBorders>
        <w:tblCellMar>
          <w:left w:w="80" w:type="dxa"/>
          <w:right w:w="80" w:type="dxa"/>
          <w:top w:w="20" w:type="dxa"/>
          <w:bottom w:w="20" w:type="dxa"/>
        </w:tblCellMar>
      </w:tblPr>
      <w:tblGrid>
        <w:gridCol w:w="10546"/>
      </w:tblGrid>
      <w:tr>
        <w:trPr>
          <w:trHeight w:val="340" w:hRule="atLeast"/>
        </w:trPr>
        <w:tc>
          <w:tcPr>
            <w:tcW w:type="dxa" w:w="10545"/>
            <w:vAlign w:val="center"/>
            <w:shd w:val="clear" w:color="auto" w:fill="0E7C7B"/>
          </w:tcPr>
          <w:p>
            <w:pPr>
              <w:spacing w:before="0" w:after="0"/>
              <w:jc w:val="left"/>
            </w:pPr>
            <w:r>
              <w:rPr>
                <w:rFonts w:ascii="Arial" w:hAnsi="Arial"/>
                <w:b/>
                <w:color w:val="FFFFFF"/>
                <w:sz w:val="20"/>
                <w:szCs w:val="20"/>
                <w:bCs/>
              </w:rPr>
              <w:t>C. Condition at handover</w:t>
            </w:r>
          </w:p>
        </w:tc>
      </w:tr>
    </w:tbl>
    <w:p>
      <w:pPr>
        <w:spacing w:before="0" w:after="0" w:line="24" w:lineRule="exact"/>
        <w:jc w:val="left"/>
      </w:pPr>
      <w:r>
        <w:rPr>
          <w:sz w:val="2"/>
        </w:rPr>
      </w:r>
    </w:p>
    <w:tbl>
      <w:tblPr>
        <w:tblW w:type="auto" w:w="0"/>
        <w:jc w:val="center"/>
        <w:tblLayout w:type="fixed"/>
        <w:tblLook w:firstColumn="1" w:firstRow="1" w:lastColumn="0" w:lastRow="0" w:noHBand="0" w:noVBand="1" w:val="04A0"/>
        <w:tblLayout w:type="fixed"/>
        <w:tblW w:w="10546" w:type="dxa"/>
        <w:tblBorders>
          <w:top w:val="single" w:sz="4" w:color="B9C3C5"/>
          <w:left w:val="single" w:sz="4" w:color="B9C3C5"/>
          <w:bottom w:val="single" w:sz="4" w:color="B9C3C5"/>
          <w:right w:val="single" w:sz="4" w:color="B9C3C5"/>
          <w:insideH w:val="single" w:sz="4" w:color="B9C3C5"/>
          <w:insideV w:val="single" w:sz="4" w:color="B9C3C5"/>
        </w:tblBorders>
        <w:tblCellMar>
          <w:left w:w="80" w:type="dxa"/>
          <w:right w:w="80" w:type="dxa"/>
          <w:top w:w="20" w:type="dxa"/>
          <w:bottom w:w="20" w:type="dxa"/>
        </w:tblCellMar>
      </w:tblPr>
      <w:tblGrid>
        <w:gridCol w:w="1581"/>
        <w:gridCol w:w="4007"/>
        <w:gridCol w:w="1792"/>
        <w:gridCol w:w="3163"/>
      </w:tblGrid>
      <w:tr>
        <w:trPr>
          <w:trHeight w:val="351" w:hRule="atLeast"/>
        </w:trPr>
        <w:tc>
          <w:tcPr>
            <w:tcW w:type="dxa" w:w="1582"/>
            <w:vAlign w:val="center"/>
            <w:shd w:val="clear" w:color="auto" w:fill="FAF5EC"/>
          </w:tcPr>
          <w:p>
            <w:pPr>
              <w:spacing w:before="0" w:after="0"/>
              <w:jc w:val="left"/>
            </w:pPr>
            <w:r>
              <w:rPr>
                <w:rFonts w:ascii="Arial" w:hAnsi="Arial"/>
                <w:b w:val="0"/>
                <w:color w:val="12343B"/>
                <w:sz w:val="16"/>
                <w:szCs w:val="16"/>
              </w:rPr>
              <w:t>Date and time</w:t>
            </w:r>
          </w:p>
        </w:tc>
        <w:tc>
          <w:tcPr>
            <w:tcW w:type="dxa" w:w="4007"/>
            <w:vAlign w:val="center"/>
          </w:tcPr>
          <w:p>
            <w:pPr>
              <w:spacing w:before="0" w:after="0"/>
              <w:jc w:val="left"/>
            </w:pPr>
          </w:p>
        </w:tc>
        <w:tc>
          <w:tcPr>
            <w:tcW w:type="dxa" w:w="1793"/>
            <w:vAlign w:val="center"/>
            <w:shd w:val="clear" w:color="auto" w:fill="FAF5EC"/>
          </w:tcPr>
          <w:p>
            <w:pPr>
              <w:spacing w:before="0" w:after="0"/>
              <w:jc w:val="left"/>
            </w:pPr>
            <w:r>
              <w:rPr>
                <w:rFonts w:ascii="Arial" w:hAnsi="Arial"/>
                <w:b w:val="0"/>
                <w:color w:val="12343B"/>
                <w:sz w:val="16"/>
                <w:szCs w:val="16"/>
              </w:rPr>
              <w:t>Place</w:t>
            </w:r>
          </w:p>
        </w:tc>
        <w:tc>
          <w:tcPr>
            <w:tcW w:type="dxa" w:w="3163"/>
            <w:vAlign w:val="center"/>
          </w:tcPr>
          <w:p>
            <w:pPr>
              <w:spacing w:before="0" w:after="0"/>
              <w:jc w:val="left"/>
            </w:pPr>
          </w:p>
        </w:tc>
      </w:tr>
      <w:tr>
        <w:trPr>
          <w:trHeight w:val="351" w:hRule="atLeast"/>
        </w:trPr>
        <w:tc>
          <w:tcPr>
            <w:tcW w:type="dxa" w:w="1582"/>
            <w:vAlign w:val="center"/>
            <w:shd w:val="clear" w:color="auto" w:fill="FAF5EC"/>
          </w:tcPr>
          <w:p>
            <w:pPr>
              <w:spacing w:before="0" w:after="0"/>
              <w:jc w:val="left"/>
            </w:pPr>
            <w:r>
              <w:rPr>
                <w:rFonts w:ascii="Arial" w:hAnsi="Arial"/>
                <w:b w:val="0"/>
                <w:color w:val="12343B"/>
                <w:sz w:val="16"/>
                <w:szCs w:val="16"/>
              </w:rPr>
              <w:t>Odometer (km)</w:t>
            </w:r>
          </w:p>
        </w:tc>
        <w:tc>
          <w:tcPr>
            <w:tcW w:type="dxa" w:w="4007"/>
            <w:vAlign w:val="center"/>
          </w:tcPr>
          <w:p>
            <w:pPr>
              <w:spacing w:before="0" w:after="0"/>
              <w:jc w:val="left"/>
            </w:pPr>
          </w:p>
        </w:tc>
        <w:tc>
          <w:tcPr>
            <w:tcW w:type="dxa" w:w="1793"/>
            <w:vAlign w:val="center"/>
            <w:shd w:val="clear" w:color="auto" w:fill="FAF5EC"/>
          </w:tcPr>
          <w:p>
            <w:pPr>
              <w:spacing w:before="0" w:after="0"/>
              <w:jc w:val="left"/>
            </w:pPr>
            <w:r>
              <w:rPr>
                <w:rFonts w:ascii="Arial" w:hAnsi="Arial"/>
                <w:b w:val="0"/>
                <w:color w:val="12343B"/>
                <w:sz w:val="16"/>
                <w:szCs w:val="16"/>
              </w:rPr>
              <w:t>Next service due (km or date)</w:t>
            </w:r>
          </w:p>
        </w:tc>
        <w:tc>
          <w:tcPr>
            <w:tcW w:type="dxa" w:w="3163"/>
            <w:vAlign w:val="center"/>
          </w:tcPr>
          <w:p>
            <w:pPr>
              <w:spacing w:before="0" w:after="0"/>
              <w:jc w:val="left"/>
            </w:pPr>
          </w:p>
        </w:tc>
      </w:tr>
      <w:tr>
        <w:trPr>
          <w:trHeight w:val="351" w:hRule="atLeast"/>
        </w:trPr>
        <w:tc>
          <w:tcPr>
            <w:tcW w:type="dxa" w:w="1582"/>
            <w:vAlign w:val="center"/>
            <w:shd w:val="clear" w:color="auto" w:fill="FAF5EC"/>
          </w:tcPr>
          <w:p>
            <w:pPr>
              <w:spacing w:before="0" w:after="0"/>
              <w:jc w:val="left"/>
            </w:pPr>
            <w:r>
              <w:rPr>
                <w:rFonts w:ascii="Arial" w:hAnsi="Arial"/>
                <w:b w:val="0"/>
                <w:color w:val="12343B"/>
                <w:sz w:val="16"/>
                <w:szCs w:val="16"/>
              </w:rPr>
              <w:t>Fuel level</w:t>
            </w:r>
          </w:p>
        </w:tc>
        <w:tc>
          <w:tcPr>
            <w:tcW w:type="dxa" w:w="4007"/>
            <w:vAlign w:val="center"/>
          </w:tcPr>
          <w:p>
            <w:pPr>
              <w:spacing w:before="0" w:after="0"/>
              <w:jc w:val="left"/>
            </w:pPr>
            <w:r>
              <w:rPr>
                <w:rFonts w:ascii="Arial" w:hAnsi="Arial"/>
                <w:b w:val="0"/>
                <w:color w:val="12343B"/>
                <w:sz w:val="16"/>
                <w:szCs w:val="16"/>
              </w:rPr>
              <w:t>□ Empty   □ ¼   □ ½   □ ¾   □ Full</w:t>
            </w:r>
          </w:p>
        </w:tc>
        <w:tc>
          <w:tcPr>
            <w:tcW w:type="dxa" w:w="1793"/>
            <w:vAlign w:val="center"/>
            <w:shd w:val="clear" w:color="auto" w:fill="FAF5EC"/>
          </w:tcPr>
          <w:p>
            <w:pPr>
              <w:spacing w:before="0" w:after="0"/>
              <w:jc w:val="left"/>
            </w:pPr>
            <w:r>
              <w:rPr>
                <w:rFonts w:ascii="Arial" w:hAnsi="Arial"/>
                <w:b w:val="0"/>
                <w:color w:val="12343B"/>
                <w:sz w:val="16"/>
                <w:szCs w:val="16"/>
              </w:rPr>
              <w:t>Cleanliness</w:t>
            </w:r>
          </w:p>
        </w:tc>
        <w:tc>
          <w:tcPr>
            <w:tcW w:type="dxa" w:w="3163"/>
            <w:vAlign w:val="center"/>
          </w:tcPr>
          <w:p>
            <w:pPr>
              <w:spacing w:before="0" w:after="0"/>
              <w:jc w:val="left"/>
            </w:pPr>
            <w:r>
              <w:rPr>
                <w:rFonts w:ascii="Arial" w:hAnsi="Arial"/>
                <w:b w:val="0"/>
                <w:color w:val="12343B"/>
                <w:sz w:val="16"/>
                <w:szCs w:val="16"/>
              </w:rPr>
              <w:t>□ Clean   □ OK   □ Needs a wash</w:t>
            </w:r>
          </w:p>
        </w:tc>
      </w:tr>
    </w:tbl>
    <w:p>
      <w:pPr>
        <w:spacing w:before="0" w:after="0" w:line="40" w:lineRule="exact"/>
        <w:jc w:val="left"/>
      </w:pPr>
      <w:r>
        <w:rPr>
          <w:sz w:val="2"/>
        </w:rPr>
      </w:r>
    </w:p>
    <w:tbl>
      <w:tblPr>
        <w:tblW w:type="auto" w:w="0"/>
        <w:jc w:val="center"/>
        <w:tblLayout w:type="fixed"/>
        <w:tblLook w:firstColumn="1" w:firstRow="1" w:lastColumn="0" w:lastRow="0" w:noHBand="0" w:noVBand="1" w:val="04A0"/>
        <w:tblLayout w:type="fixed"/>
        <w:tblW w:w="10546" w:type="dxa"/>
        <w:tblBorders>
          <w:top w:val="nil" w:sz="4" w:color="B9C3C5"/>
          <w:left w:val="nil" w:sz="4" w:color="B9C3C5"/>
          <w:bottom w:val="nil" w:sz="4" w:color="B9C3C5"/>
          <w:right w:val="nil" w:sz="4" w:color="B9C3C5"/>
          <w:insideH w:val="nil" w:sz="4" w:color="B9C3C5"/>
          <w:insideV w:val="nil" w:sz="4" w:color="B9C3C5"/>
        </w:tblBorders>
        <w:tblCellMar>
          <w:left w:w="80" w:type="dxa"/>
          <w:right w:w="80" w:type="dxa"/>
          <w:top w:w="20" w:type="dxa"/>
          <w:bottom w:w="20" w:type="dxa"/>
        </w:tblCellMar>
      </w:tblPr>
      <w:tblGrid>
        <w:gridCol w:w="10546"/>
      </w:tblGrid>
      <w:tr>
        <w:trPr>
          <w:trHeight w:val="340" w:hRule="atLeast"/>
        </w:trPr>
        <w:tc>
          <w:tcPr>
            <w:tcW w:type="dxa" w:w="10545"/>
            <w:vAlign w:val="center"/>
            <w:shd w:val="clear" w:color="auto" w:fill="0E7C7B"/>
          </w:tcPr>
          <w:p>
            <w:pPr>
              <w:spacing w:before="0" w:after="0"/>
              <w:jc w:val="left"/>
            </w:pPr>
            <w:r>
              <w:rPr>
                <w:rFonts w:ascii="Arial" w:hAnsi="Arial"/>
                <w:b/>
                <w:color w:val="FFFFFF"/>
                <w:sz w:val="20"/>
                <w:szCs w:val="20"/>
                <w:bCs/>
              </w:rPr>
              <w:t>D. Items and documents</w:t>
            </w:r>
          </w:p>
        </w:tc>
      </w:tr>
    </w:tbl>
    <w:p>
      <w:pPr>
        <w:spacing w:before="0" w:after="0" w:line="24" w:lineRule="exact"/>
        <w:jc w:val="left"/>
      </w:pPr>
      <w:r>
        <w:rPr>
          <w:sz w:val="2"/>
        </w:rPr>
      </w:r>
    </w:p>
    <w:tbl>
      <w:tblPr>
        <w:tblW w:type="auto" w:w="0"/>
        <w:jc w:val="center"/>
        <w:tblLayout w:type="fixed"/>
        <w:tblLook w:firstColumn="1" w:firstRow="1" w:lastColumn="0" w:lastRow="0" w:noHBand="0" w:noVBand="1" w:val="04A0"/>
        <w:tblLayout w:type="fixed"/>
        <w:tblW w:w="10546" w:type="dxa"/>
        <w:tblBorders>
          <w:top w:val="single" w:sz="4" w:color="B9C3C5"/>
          <w:left w:val="single" w:sz="4" w:color="B9C3C5"/>
          <w:bottom w:val="single" w:sz="4" w:color="B9C3C5"/>
          <w:right w:val="single" w:sz="4" w:color="B9C3C5"/>
          <w:insideH w:val="single" w:sz="4" w:color="B9C3C5"/>
          <w:insideV w:val="single" w:sz="4" w:color="B9C3C5"/>
        </w:tblBorders>
        <w:tblCellMar>
          <w:left w:w="80" w:type="dxa"/>
          <w:right w:w="80" w:type="dxa"/>
          <w:top w:w="20" w:type="dxa"/>
          <w:bottom w:w="20" w:type="dxa"/>
        </w:tblCellMar>
      </w:tblPr>
      <w:tblGrid>
        <w:gridCol w:w="2167"/>
        <w:gridCol w:w="825"/>
        <w:gridCol w:w="825"/>
        <w:gridCol w:w="1341"/>
        <w:gridCol w:w="226"/>
        <w:gridCol w:w="2167"/>
        <w:gridCol w:w="825"/>
        <w:gridCol w:w="825"/>
        <w:gridCol w:w="1341"/>
      </w:tblGrid>
      <w:tr>
        <w:tc>
          <w:tcPr>
            <w:tcW w:type="dxa" w:w="2167"/>
            <w:vAlign w:val="center"/>
            <w:shd w:val="clear" w:color="auto" w:fill="F2E6D3"/>
          </w:tcPr>
          <w:p>
            <w:pPr>
              <w:spacing w:before="0" w:after="0"/>
              <w:jc w:val="center"/>
            </w:pPr>
            <w:r>
              <w:rPr>
                <w:rFonts w:ascii="Arial" w:hAnsi="Arial"/>
                <w:b/>
                <w:color w:val="12343B"/>
                <w:sz w:val="16"/>
                <w:szCs w:val="16"/>
                <w:bCs/>
              </w:rPr>
              <w:t>Item</w:t>
            </w:r>
          </w:p>
        </w:tc>
        <w:tc>
          <w:tcPr>
            <w:tcW w:type="dxa" w:w="825"/>
            <w:vAlign w:val="center"/>
            <w:shd w:val="clear" w:color="auto" w:fill="F2E6D3"/>
          </w:tcPr>
          <w:p>
            <w:pPr>
              <w:spacing w:before="0" w:after="0"/>
              <w:jc w:val="center"/>
            </w:pPr>
            <w:r>
              <w:rPr>
                <w:rFonts w:ascii="Arial" w:hAnsi="Arial"/>
                <w:b/>
                <w:color w:val="12343B"/>
                <w:sz w:val="16"/>
                <w:szCs w:val="16"/>
                <w:bCs/>
              </w:rPr>
              <w:t>Present</w:t>
            </w:r>
          </w:p>
        </w:tc>
        <w:tc>
          <w:tcPr>
            <w:tcW w:type="dxa" w:w="825"/>
            <w:vAlign w:val="center"/>
            <w:shd w:val="clear" w:color="auto" w:fill="F2E6D3"/>
          </w:tcPr>
          <w:p>
            <w:pPr>
              <w:spacing w:before="0" w:after="0"/>
              <w:jc w:val="center"/>
            </w:pPr>
            <w:r>
              <w:rPr>
                <w:rFonts w:ascii="Arial" w:hAnsi="Arial"/>
                <w:b/>
                <w:color w:val="12343B"/>
                <w:sz w:val="16"/>
                <w:szCs w:val="16"/>
                <w:bCs/>
              </w:rPr>
              <w:t>Missing</w:t>
            </w:r>
          </w:p>
        </w:tc>
        <w:tc>
          <w:tcPr>
            <w:tcW w:type="dxa" w:w="1341"/>
            <w:vAlign w:val="center"/>
            <w:shd w:val="clear" w:color="auto" w:fill="F2E6D3"/>
          </w:tcPr>
          <w:p>
            <w:pPr>
              <w:spacing w:before="0" w:after="0"/>
              <w:jc w:val="center"/>
            </w:pPr>
            <w:r>
              <w:rPr>
                <w:rFonts w:ascii="Arial" w:hAnsi="Arial"/>
                <w:b/>
                <w:color w:val="12343B"/>
                <w:sz w:val="16"/>
                <w:szCs w:val="16"/>
                <w:bCs/>
              </w:rPr>
              <w:t>Notes</w:t>
            </w:r>
          </w:p>
        </w:tc>
        <w:tc>
          <w:tcPr>
            <w:tcW w:type="dxa" w:w="227"/>
            <w:tcBorders>
              <w:top w:val="nil" w:sz="0" w:color="auto"/>
              <w:bottom w:val="nil" w:sz="0" w:color="auto"/>
            </w:tcBorders>
          </w:tcPr>
          <w:p/>
        </w:tc>
        <w:tc>
          <w:tcPr>
            <w:tcW w:type="dxa" w:w="2167"/>
            <w:vAlign w:val="center"/>
            <w:shd w:val="clear" w:color="auto" w:fill="F2E6D3"/>
          </w:tcPr>
          <w:p>
            <w:pPr>
              <w:spacing w:before="0" w:after="0"/>
              <w:jc w:val="center"/>
            </w:pPr>
            <w:r>
              <w:rPr>
                <w:rFonts w:ascii="Arial" w:hAnsi="Arial"/>
                <w:b/>
                <w:color w:val="12343B"/>
                <w:sz w:val="16"/>
                <w:szCs w:val="16"/>
                <w:bCs/>
              </w:rPr>
              <w:t>Item</w:t>
            </w:r>
          </w:p>
        </w:tc>
        <w:tc>
          <w:tcPr>
            <w:tcW w:type="dxa" w:w="825"/>
            <w:vAlign w:val="center"/>
            <w:shd w:val="clear" w:color="auto" w:fill="F2E6D3"/>
          </w:tcPr>
          <w:p>
            <w:pPr>
              <w:spacing w:before="0" w:after="0"/>
              <w:jc w:val="center"/>
            </w:pPr>
            <w:r>
              <w:rPr>
                <w:rFonts w:ascii="Arial" w:hAnsi="Arial"/>
                <w:b/>
                <w:color w:val="12343B"/>
                <w:sz w:val="16"/>
                <w:szCs w:val="16"/>
                <w:bCs/>
              </w:rPr>
              <w:t>Present</w:t>
            </w:r>
          </w:p>
        </w:tc>
        <w:tc>
          <w:tcPr>
            <w:tcW w:type="dxa" w:w="825"/>
            <w:vAlign w:val="center"/>
            <w:shd w:val="clear" w:color="auto" w:fill="F2E6D3"/>
          </w:tcPr>
          <w:p>
            <w:pPr>
              <w:spacing w:before="0" w:after="0"/>
              <w:jc w:val="center"/>
            </w:pPr>
            <w:r>
              <w:rPr>
                <w:rFonts w:ascii="Arial" w:hAnsi="Arial"/>
                <w:b/>
                <w:color w:val="12343B"/>
                <w:sz w:val="16"/>
                <w:szCs w:val="16"/>
                <w:bCs/>
              </w:rPr>
              <w:t>Missing</w:t>
            </w:r>
          </w:p>
        </w:tc>
        <w:tc>
          <w:tcPr>
            <w:tcW w:type="dxa" w:w="1341"/>
            <w:vAlign w:val="center"/>
            <w:shd w:val="clear" w:color="auto" w:fill="F2E6D3"/>
          </w:tcPr>
          <w:p>
            <w:pPr>
              <w:spacing w:before="0" w:after="0"/>
              <w:jc w:val="center"/>
            </w:pPr>
            <w:r>
              <w:rPr>
                <w:rFonts w:ascii="Arial" w:hAnsi="Arial"/>
                <w:b/>
                <w:color w:val="12343B"/>
                <w:sz w:val="16"/>
                <w:szCs w:val="16"/>
                <w:bCs/>
              </w:rPr>
              <w:t>Notes</w:t>
            </w:r>
          </w:p>
        </w:tc>
      </w:tr>
      <w:tr>
        <w:trPr>
          <w:trHeight w:val="317" w:hRule="atLeast"/>
        </w:trPr>
        <w:tc>
          <w:tcPr>
            <w:tcW w:type="dxa" w:w="2167"/>
            <w:vAlign w:val="center"/>
          </w:tcPr>
          <w:p>
            <w:pPr>
              <w:spacing w:before="0" w:after="0"/>
              <w:jc w:val="left"/>
            </w:pPr>
            <w:r>
              <w:rPr>
                <w:rFonts w:ascii="Arial" w:hAnsi="Arial"/>
                <w:b w:val="0"/>
                <w:color w:val="12343B"/>
                <w:sz w:val="16"/>
                <w:szCs w:val="16"/>
              </w:rPr>
              <w:t>Spare tyre</w:t>
            </w:r>
          </w:p>
        </w:tc>
        <w:tc>
          <w:tcPr>
            <w:tcW w:type="dxa" w:w="825"/>
            <w:vAlign w:val="center"/>
          </w:tcPr>
          <w:p>
            <w:pPr>
              <w:spacing w:before="0" w:after="0"/>
              <w:jc w:val="center"/>
            </w:pPr>
            <w:r>
              <w:rPr>
                <w:rFonts w:ascii="Arial" w:hAnsi="Arial"/>
                <w:b w:val="0"/>
                <w:color w:val="12343B"/>
                <w:sz w:val="20"/>
                <w:szCs w:val="20"/>
              </w:rPr>
              <w:t>□</w:t>
            </w:r>
          </w:p>
        </w:tc>
        <w:tc>
          <w:tcPr>
            <w:tcW w:type="dxa" w:w="825"/>
            <w:vAlign w:val="center"/>
          </w:tcPr>
          <w:p>
            <w:pPr>
              <w:spacing w:before="0" w:after="0"/>
              <w:jc w:val="center"/>
            </w:pPr>
            <w:r>
              <w:rPr>
                <w:rFonts w:ascii="Arial" w:hAnsi="Arial"/>
                <w:b w:val="0"/>
                <w:color w:val="12343B"/>
                <w:sz w:val="20"/>
                <w:szCs w:val="20"/>
              </w:rPr>
              <w:t>□</w:t>
            </w:r>
          </w:p>
        </w:tc>
        <w:tc>
          <w:tcPr>
            <w:tcW w:type="dxa" w:w="1341"/>
          </w:tcPr>
          <w:p/>
        </w:tc>
        <w:tc>
          <w:tcPr>
            <w:tcW w:type="dxa" w:w="227"/>
            <w:tcBorders>
              <w:top w:val="nil" w:sz="0" w:color="auto"/>
              <w:bottom w:val="nil" w:sz="0" w:color="auto"/>
            </w:tcBorders>
          </w:tcPr>
          <w:p/>
        </w:tc>
        <w:tc>
          <w:tcPr>
            <w:tcW w:type="dxa" w:w="2167"/>
            <w:vAlign w:val="center"/>
          </w:tcPr>
          <w:p>
            <w:pPr>
              <w:spacing w:before="0" w:after="0"/>
              <w:jc w:val="left"/>
            </w:pPr>
            <w:r>
              <w:rPr>
                <w:rFonts w:ascii="Arial" w:hAnsi="Arial"/>
                <w:b w:val="0"/>
                <w:color w:val="12343B"/>
                <w:sz w:val="16"/>
                <w:szCs w:val="16"/>
              </w:rPr>
              <w:t>Registration card copy</w:t>
            </w:r>
          </w:p>
        </w:tc>
        <w:tc>
          <w:tcPr>
            <w:tcW w:type="dxa" w:w="825"/>
            <w:vAlign w:val="center"/>
          </w:tcPr>
          <w:p>
            <w:pPr>
              <w:spacing w:before="0" w:after="0"/>
              <w:jc w:val="center"/>
            </w:pPr>
            <w:r>
              <w:rPr>
                <w:rFonts w:ascii="Arial" w:hAnsi="Arial"/>
                <w:b w:val="0"/>
                <w:color w:val="12343B"/>
                <w:sz w:val="20"/>
                <w:szCs w:val="20"/>
              </w:rPr>
              <w:t>□</w:t>
            </w:r>
          </w:p>
        </w:tc>
        <w:tc>
          <w:tcPr>
            <w:tcW w:type="dxa" w:w="825"/>
            <w:vAlign w:val="center"/>
          </w:tcPr>
          <w:p>
            <w:pPr>
              <w:spacing w:before="0" w:after="0"/>
              <w:jc w:val="center"/>
            </w:pPr>
            <w:r>
              <w:rPr>
                <w:rFonts w:ascii="Arial" w:hAnsi="Arial"/>
                <w:b w:val="0"/>
                <w:color w:val="12343B"/>
                <w:sz w:val="20"/>
                <w:szCs w:val="20"/>
              </w:rPr>
              <w:t>□</w:t>
            </w:r>
          </w:p>
        </w:tc>
        <w:tc>
          <w:tcPr>
            <w:tcW w:type="dxa" w:w="1341"/>
          </w:tcPr>
          <w:p/>
        </w:tc>
      </w:tr>
      <w:tr>
        <w:trPr>
          <w:trHeight w:val="317" w:hRule="atLeast"/>
        </w:trPr>
        <w:tc>
          <w:tcPr>
            <w:tcW w:type="dxa" w:w="2167"/>
            <w:vAlign w:val="center"/>
          </w:tcPr>
          <w:p>
            <w:pPr>
              <w:spacing w:before="0" w:after="0"/>
              <w:jc w:val="left"/>
            </w:pPr>
            <w:r>
              <w:rPr>
                <w:rFonts w:ascii="Arial" w:hAnsi="Arial"/>
                <w:b w:val="0"/>
                <w:color w:val="12343B"/>
                <w:sz w:val="16"/>
                <w:szCs w:val="16"/>
              </w:rPr>
              <w:t>Jack and wheel spanner</w:t>
            </w:r>
          </w:p>
        </w:tc>
        <w:tc>
          <w:tcPr>
            <w:tcW w:type="dxa" w:w="825"/>
            <w:vAlign w:val="center"/>
          </w:tcPr>
          <w:p>
            <w:pPr>
              <w:spacing w:before="0" w:after="0"/>
              <w:jc w:val="center"/>
            </w:pPr>
            <w:r>
              <w:rPr>
                <w:rFonts w:ascii="Arial" w:hAnsi="Arial"/>
                <w:b w:val="0"/>
                <w:color w:val="12343B"/>
                <w:sz w:val="20"/>
                <w:szCs w:val="20"/>
              </w:rPr>
              <w:t>□</w:t>
            </w:r>
          </w:p>
        </w:tc>
        <w:tc>
          <w:tcPr>
            <w:tcW w:type="dxa" w:w="825"/>
            <w:vAlign w:val="center"/>
          </w:tcPr>
          <w:p>
            <w:pPr>
              <w:spacing w:before="0" w:after="0"/>
              <w:jc w:val="center"/>
            </w:pPr>
            <w:r>
              <w:rPr>
                <w:rFonts w:ascii="Arial" w:hAnsi="Arial"/>
                <w:b w:val="0"/>
                <w:color w:val="12343B"/>
                <w:sz w:val="20"/>
                <w:szCs w:val="20"/>
              </w:rPr>
              <w:t>□</w:t>
            </w:r>
          </w:p>
        </w:tc>
        <w:tc>
          <w:tcPr>
            <w:tcW w:type="dxa" w:w="1341"/>
          </w:tcPr>
          <w:p/>
        </w:tc>
        <w:tc>
          <w:tcPr>
            <w:tcW w:type="dxa" w:w="227"/>
            <w:tcBorders>
              <w:top w:val="nil" w:sz="0" w:color="auto"/>
              <w:bottom w:val="nil" w:sz="0" w:color="auto"/>
            </w:tcBorders>
          </w:tcPr>
          <w:p/>
        </w:tc>
        <w:tc>
          <w:tcPr>
            <w:tcW w:type="dxa" w:w="2167"/>
            <w:vAlign w:val="center"/>
          </w:tcPr>
          <w:p>
            <w:pPr>
              <w:spacing w:before="0" w:after="0"/>
              <w:jc w:val="left"/>
            </w:pPr>
            <w:r>
              <w:rPr>
                <w:rFonts w:ascii="Arial" w:hAnsi="Arial"/>
                <w:b w:val="0"/>
                <w:color w:val="12343B"/>
                <w:sz w:val="16"/>
                <w:szCs w:val="16"/>
              </w:rPr>
              <w:t>Insurance policy copy</w:t>
            </w:r>
          </w:p>
        </w:tc>
        <w:tc>
          <w:tcPr>
            <w:tcW w:type="dxa" w:w="825"/>
            <w:vAlign w:val="center"/>
          </w:tcPr>
          <w:p>
            <w:pPr>
              <w:spacing w:before="0" w:after="0"/>
              <w:jc w:val="center"/>
            </w:pPr>
            <w:r>
              <w:rPr>
                <w:rFonts w:ascii="Arial" w:hAnsi="Arial"/>
                <w:b w:val="0"/>
                <w:color w:val="12343B"/>
                <w:sz w:val="20"/>
                <w:szCs w:val="20"/>
              </w:rPr>
              <w:t>□</w:t>
            </w:r>
          </w:p>
        </w:tc>
        <w:tc>
          <w:tcPr>
            <w:tcW w:type="dxa" w:w="825"/>
            <w:vAlign w:val="center"/>
          </w:tcPr>
          <w:p>
            <w:pPr>
              <w:spacing w:before="0" w:after="0"/>
              <w:jc w:val="center"/>
            </w:pPr>
            <w:r>
              <w:rPr>
                <w:rFonts w:ascii="Arial" w:hAnsi="Arial"/>
                <w:b w:val="0"/>
                <w:color w:val="12343B"/>
                <w:sz w:val="20"/>
                <w:szCs w:val="20"/>
              </w:rPr>
              <w:t>□</w:t>
            </w:r>
          </w:p>
        </w:tc>
        <w:tc>
          <w:tcPr>
            <w:tcW w:type="dxa" w:w="1341"/>
          </w:tcPr>
          <w:p/>
        </w:tc>
      </w:tr>
      <w:tr>
        <w:trPr>
          <w:trHeight w:val="317" w:hRule="atLeast"/>
        </w:trPr>
        <w:tc>
          <w:tcPr>
            <w:tcW w:type="dxa" w:w="2167"/>
            <w:vAlign w:val="center"/>
          </w:tcPr>
          <w:p>
            <w:pPr>
              <w:spacing w:before="0" w:after="0"/>
              <w:jc w:val="left"/>
            </w:pPr>
            <w:r>
              <w:rPr>
                <w:rFonts w:ascii="Arial" w:hAnsi="Arial"/>
                <w:b w:val="0"/>
                <w:color w:val="12343B"/>
                <w:sz w:val="16"/>
                <w:szCs w:val="16"/>
              </w:rPr>
              <w:t>Warning triangle</w:t>
            </w:r>
          </w:p>
        </w:tc>
        <w:tc>
          <w:tcPr>
            <w:tcW w:type="dxa" w:w="825"/>
            <w:vAlign w:val="center"/>
          </w:tcPr>
          <w:p>
            <w:pPr>
              <w:spacing w:before="0" w:after="0"/>
              <w:jc w:val="center"/>
            </w:pPr>
            <w:r>
              <w:rPr>
                <w:rFonts w:ascii="Arial" w:hAnsi="Arial"/>
                <w:b w:val="0"/>
                <w:color w:val="12343B"/>
                <w:sz w:val="20"/>
                <w:szCs w:val="20"/>
              </w:rPr>
              <w:t>□</w:t>
            </w:r>
          </w:p>
        </w:tc>
        <w:tc>
          <w:tcPr>
            <w:tcW w:type="dxa" w:w="825"/>
            <w:vAlign w:val="center"/>
          </w:tcPr>
          <w:p>
            <w:pPr>
              <w:spacing w:before="0" w:after="0"/>
              <w:jc w:val="center"/>
            </w:pPr>
            <w:r>
              <w:rPr>
                <w:rFonts w:ascii="Arial" w:hAnsi="Arial"/>
                <w:b w:val="0"/>
                <w:color w:val="12343B"/>
                <w:sz w:val="20"/>
                <w:szCs w:val="20"/>
              </w:rPr>
              <w:t>□</w:t>
            </w:r>
          </w:p>
        </w:tc>
        <w:tc>
          <w:tcPr>
            <w:tcW w:type="dxa" w:w="1341"/>
          </w:tcPr>
          <w:p/>
        </w:tc>
        <w:tc>
          <w:tcPr>
            <w:tcW w:type="dxa" w:w="227"/>
            <w:tcBorders>
              <w:top w:val="nil" w:sz="0" w:color="auto"/>
              <w:bottom w:val="nil" w:sz="0" w:color="auto"/>
            </w:tcBorders>
          </w:tcPr>
          <w:p/>
        </w:tc>
        <w:tc>
          <w:tcPr>
            <w:tcW w:type="dxa" w:w="2167"/>
            <w:vAlign w:val="center"/>
          </w:tcPr>
          <w:p>
            <w:pPr>
              <w:spacing w:before="0" w:after="0"/>
              <w:jc w:val="left"/>
            </w:pPr>
            <w:r>
              <w:rPr>
                <w:rFonts w:ascii="Arial" w:hAnsi="Arial"/>
                <w:b w:val="0"/>
                <w:color w:val="12343B"/>
                <w:sz w:val="16"/>
                <w:szCs w:val="16"/>
              </w:rPr>
              <w:t>Number of keys: ___</w:t>
            </w:r>
          </w:p>
        </w:tc>
        <w:tc>
          <w:tcPr>
            <w:tcW w:type="dxa" w:w="825"/>
            <w:vAlign w:val="center"/>
          </w:tcPr>
          <w:p>
            <w:pPr>
              <w:spacing w:before="0" w:after="0"/>
              <w:jc w:val="center"/>
            </w:pPr>
            <w:r>
              <w:rPr>
                <w:rFonts w:ascii="Arial" w:hAnsi="Arial"/>
                <w:b w:val="0"/>
                <w:color w:val="12343B"/>
                <w:sz w:val="20"/>
                <w:szCs w:val="20"/>
              </w:rPr>
              <w:t>□</w:t>
            </w:r>
          </w:p>
        </w:tc>
        <w:tc>
          <w:tcPr>
            <w:tcW w:type="dxa" w:w="825"/>
            <w:vAlign w:val="center"/>
          </w:tcPr>
          <w:p>
            <w:pPr>
              <w:spacing w:before="0" w:after="0"/>
              <w:jc w:val="center"/>
            </w:pPr>
            <w:r>
              <w:rPr>
                <w:rFonts w:ascii="Arial" w:hAnsi="Arial"/>
                <w:b w:val="0"/>
                <w:color w:val="12343B"/>
                <w:sz w:val="20"/>
                <w:szCs w:val="20"/>
              </w:rPr>
              <w:t>□</w:t>
            </w:r>
          </w:p>
        </w:tc>
        <w:tc>
          <w:tcPr>
            <w:tcW w:type="dxa" w:w="1341"/>
          </w:tcPr>
          <w:p/>
        </w:tc>
      </w:tr>
      <w:tr>
        <w:trPr>
          <w:trHeight w:val="317" w:hRule="atLeast"/>
        </w:trPr>
        <w:tc>
          <w:tcPr>
            <w:tcW w:type="dxa" w:w="2167"/>
            <w:vAlign w:val="center"/>
          </w:tcPr>
          <w:p>
            <w:pPr>
              <w:spacing w:before="0" w:after="0"/>
              <w:jc w:val="left"/>
            </w:pPr>
            <w:r>
              <w:rPr>
                <w:rFonts w:ascii="Arial" w:hAnsi="Arial"/>
                <w:b w:val="0"/>
                <w:color w:val="12343B"/>
                <w:sz w:val="16"/>
                <w:szCs w:val="16"/>
              </w:rPr>
              <w:t>First-aid kit</w:t>
            </w:r>
          </w:p>
        </w:tc>
        <w:tc>
          <w:tcPr>
            <w:tcW w:type="dxa" w:w="825"/>
            <w:vAlign w:val="center"/>
          </w:tcPr>
          <w:p>
            <w:pPr>
              <w:spacing w:before="0" w:after="0"/>
              <w:jc w:val="center"/>
            </w:pPr>
            <w:r>
              <w:rPr>
                <w:rFonts w:ascii="Arial" w:hAnsi="Arial"/>
                <w:b w:val="0"/>
                <w:color w:val="12343B"/>
                <w:sz w:val="20"/>
                <w:szCs w:val="20"/>
              </w:rPr>
              <w:t>□</w:t>
            </w:r>
          </w:p>
        </w:tc>
        <w:tc>
          <w:tcPr>
            <w:tcW w:type="dxa" w:w="825"/>
            <w:vAlign w:val="center"/>
          </w:tcPr>
          <w:p>
            <w:pPr>
              <w:spacing w:before="0" w:after="0"/>
              <w:jc w:val="center"/>
            </w:pPr>
            <w:r>
              <w:rPr>
                <w:rFonts w:ascii="Arial" w:hAnsi="Arial"/>
                <w:b w:val="0"/>
                <w:color w:val="12343B"/>
                <w:sz w:val="20"/>
                <w:szCs w:val="20"/>
              </w:rPr>
              <w:t>□</w:t>
            </w:r>
          </w:p>
        </w:tc>
        <w:tc>
          <w:tcPr>
            <w:tcW w:type="dxa" w:w="1341"/>
          </w:tcPr>
          <w:p/>
        </w:tc>
        <w:tc>
          <w:tcPr>
            <w:tcW w:type="dxa" w:w="227"/>
            <w:tcBorders>
              <w:top w:val="nil" w:sz="0" w:color="auto"/>
              <w:bottom w:val="nil" w:sz="0" w:color="auto"/>
            </w:tcBorders>
          </w:tcPr>
          <w:p/>
        </w:tc>
        <w:tc>
          <w:tcPr>
            <w:tcW w:type="dxa" w:w="2167"/>
            <w:vAlign w:val="center"/>
          </w:tcPr>
          <w:p>
            <w:pPr>
              <w:spacing w:before="0" w:after="0"/>
              <w:jc w:val="left"/>
            </w:pPr>
            <w:r>
              <w:rPr>
                <w:rFonts w:ascii="Arial" w:hAnsi="Arial"/>
                <w:b w:val="0"/>
                <w:color w:val="12343B"/>
                <w:sz w:val="16"/>
                <w:szCs w:val="16"/>
              </w:rPr>
              <w:t>Remote or key card</w:t>
            </w:r>
          </w:p>
        </w:tc>
        <w:tc>
          <w:tcPr>
            <w:tcW w:type="dxa" w:w="825"/>
            <w:vAlign w:val="center"/>
          </w:tcPr>
          <w:p>
            <w:pPr>
              <w:spacing w:before="0" w:after="0"/>
              <w:jc w:val="center"/>
            </w:pPr>
            <w:r>
              <w:rPr>
                <w:rFonts w:ascii="Arial" w:hAnsi="Arial"/>
                <w:b w:val="0"/>
                <w:color w:val="12343B"/>
                <w:sz w:val="20"/>
                <w:szCs w:val="20"/>
              </w:rPr>
              <w:t>□</w:t>
            </w:r>
          </w:p>
        </w:tc>
        <w:tc>
          <w:tcPr>
            <w:tcW w:type="dxa" w:w="825"/>
            <w:vAlign w:val="center"/>
          </w:tcPr>
          <w:p>
            <w:pPr>
              <w:spacing w:before="0" w:after="0"/>
              <w:jc w:val="center"/>
            </w:pPr>
            <w:r>
              <w:rPr>
                <w:rFonts w:ascii="Arial" w:hAnsi="Arial"/>
                <w:b w:val="0"/>
                <w:color w:val="12343B"/>
                <w:sz w:val="20"/>
                <w:szCs w:val="20"/>
              </w:rPr>
              <w:t>□</w:t>
            </w:r>
          </w:p>
        </w:tc>
        <w:tc>
          <w:tcPr>
            <w:tcW w:type="dxa" w:w="1341"/>
          </w:tcPr>
          <w:p/>
        </w:tc>
      </w:tr>
      <w:tr>
        <w:trPr>
          <w:trHeight w:val="317" w:hRule="atLeast"/>
        </w:trPr>
        <w:tc>
          <w:tcPr>
            <w:tcW w:type="dxa" w:w="2167"/>
            <w:vAlign w:val="center"/>
          </w:tcPr>
          <w:p>
            <w:pPr>
              <w:spacing w:before="0" w:after="0"/>
              <w:jc w:val="left"/>
            </w:pPr>
            <w:r>
              <w:rPr>
                <w:rFonts w:ascii="Arial" w:hAnsi="Arial"/>
                <w:b w:val="0"/>
                <w:color w:val="12343B"/>
                <w:sz w:val="16"/>
                <w:szCs w:val="16"/>
              </w:rPr>
              <w:t>Fire extinguisher</w:t>
            </w:r>
          </w:p>
        </w:tc>
        <w:tc>
          <w:tcPr>
            <w:tcW w:type="dxa" w:w="825"/>
            <w:vAlign w:val="center"/>
          </w:tcPr>
          <w:p>
            <w:pPr>
              <w:spacing w:before="0" w:after="0"/>
              <w:jc w:val="center"/>
            </w:pPr>
            <w:r>
              <w:rPr>
                <w:rFonts w:ascii="Arial" w:hAnsi="Arial"/>
                <w:b w:val="0"/>
                <w:color w:val="12343B"/>
                <w:sz w:val="20"/>
                <w:szCs w:val="20"/>
              </w:rPr>
              <w:t>□</w:t>
            </w:r>
          </w:p>
        </w:tc>
        <w:tc>
          <w:tcPr>
            <w:tcW w:type="dxa" w:w="825"/>
            <w:vAlign w:val="center"/>
          </w:tcPr>
          <w:p>
            <w:pPr>
              <w:spacing w:before="0" w:after="0"/>
              <w:jc w:val="center"/>
            </w:pPr>
            <w:r>
              <w:rPr>
                <w:rFonts w:ascii="Arial" w:hAnsi="Arial"/>
                <w:b w:val="0"/>
                <w:color w:val="12343B"/>
                <w:sz w:val="20"/>
                <w:szCs w:val="20"/>
              </w:rPr>
              <w:t>□</w:t>
            </w:r>
          </w:p>
        </w:tc>
        <w:tc>
          <w:tcPr>
            <w:tcW w:type="dxa" w:w="1341"/>
          </w:tcPr>
          <w:p/>
        </w:tc>
        <w:tc>
          <w:tcPr>
            <w:tcW w:type="dxa" w:w="227"/>
            <w:tcBorders>
              <w:top w:val="nil" w:sz="0" w:color="auto"/>
              <w:bottom w:val="nil" w:sz="0" w:color="auto"/>
            </w:tcBorders>
          </w:tcPr>
          <w:p/>
        </w:tc>
        <w:tc>
          <w:tcPr>
            <w:tcW w:type="dxa" w:w="2167"/>
            <w:vAlign w:val="center"/>
          </w:tcPr>
          <w:p>
            <w:pPr>
              <w:spacing w:before="0" w:after="0"/>
              <w:jc w:val="left"/>
            </w:pPr>
            <w:r>
              <w:rPr>
                <w:rFonts w:ascii="Arial" w:hAnsi="Arial"/>
                <w:b w:val="0"/>
                <w:color w:val="12343B"/>
                <w:sz w:val="16"/>
                <w:szCs w:val="16"/>
              </w:rPr>
              <w:t>Other: ___</w:t>
            </w:r>
          </w:p>
        </w:tc>
        <w:tc>
          <w:tcPr>
            <w:tcW w:type="dxa" w:w="825"/>
            <w:vAlign w:val="center"/>
          </w:tcPr>
          <w:p>
            <w:pPr>
              <w:spacing w:before="0" w:after="0"/>
              <w:jc w:val="center"/>
            </w:pPr>
            <w:r>
              <w:rPr>
                <w:rFonts w:ascii="Arial" w:hAnsi="Arial"/>
                <w:b w:val="0"/>
                <w:color w:val="12343B"/>
                <w:sz w:val="20"/>
                <w:szCs w:val="20"/>
              </w:rPr>
              <w:t>□</w:t>
            </w:r>
          </w:p>
        </w:tc>
        <w:tc>
          <w:tcPr>
            <w:tcW w:type="dxa" w:w="825"/>
            <w:vAlign w:val="center"/>
          </w:tcPr>
          <w:p>
            <w:pPr>
              <w:spacing w:before="0" w:after="0"/>
              <w:jc w:val="center"/>
            </w:pPr>
            <w:r>
              <w:rPr>
                <w:rFonts w:ascii="Arial" w:hAnsi="Arial"/>
                <w:b w:val="0"/>
                <w:color w:val="12343B"/>
                <w:sz w:val="20"/>
                <w:szCs w:val="20"/>
              </w:rPr>
              <w:t>□</w:t>
            </w:r>
          </w:p>
        </w:tc>
        <w:tc>
          <w:tcPr>
            <w:tcW w:type="dxa" w:w="1341"/>
          </w:tcPr>
          <w:p/>
        </w:tc>
      </w:tr>
    </w:tbl>
    <w:p>
      <w:pPr>
        <w:spacing w:before="0" w:after="0" w:line="40" w:lineRule="exact"/>
        <w:jc w:val="left"/>
      </w:pPr>
      <w:r>
        <w:rPr>
          <w:sz w:val="2"/>
        </w:rPr>
      </w:r>
    </w:p>
    <w:tbl>
      <w:tblPr>
        <w:tblW w:type="auto" w:w="0"/>
        <w:jc w:val="center"/>
        <w:tblLayout w:type="fixed"/>
        <w:tblLook w:firstColumn="1" w:firstRow="1" w:lastColumn="0" w:lastRow="0" w:noHBand="0" w:noVBand="1" w:val="04A0"/>
        <w:tblLayout w:type="fixed"/>
        <w:tblW w:w="10546" w:type="dxa"/>
        <w:tblBorders>
          <w:top w:val="nil" w:sz="4" w:color="B9C3C5"/>
          <w:left w:val="nil" w:sz="4" w:color="B9C3C5"/>
          <w:bottom w:val="nil" w:sz="4" w:color="B9C3C5"/>
          <w:right w:val="nil" w:sz="4" w:color="B9C3C5"/>
          <w:insideH w:val="nil" w:sz="4" w:color="B9C3C5"/>
          <w:insideV w:val="nil" w:sz="4" w:color="B9C3C5"/>
        </w:tblBorders>
        <w:tblCellMar>
          <w:left w:w="80" w:type="dxa"/>
          <w:right w:w="80" w:type="dxa"/>
          <w:top w:w="20" w:type="dxa"/>
          <w:bottom w:w="20" w:type="dxa"/>
        </w:tblCellMar>
      </w:tblPr>
      <w:tblGrid>
        <w:gridCol w:w="10546"/>
      </w:tblGrid>
      <w:tr>
        <w:trPr>
          <w:trHeight w:val="340" w:hRule="atLeast"/>
        </w:trPr>
        <w:tc>
          <w:tcPr>
            <w:tcW w:type="dxa" w:w="10545"/>
            <w:vAlign w:val="center"/>
            <w:shd w:val="clear" w:color="auto" w:fill="0E7C7B"/>
          </w:tcPr>
          <w:p>
            <w:pPr>
              <w:spacing w:before="0" w:after="0"/>
              <w:jc w:val="left"/>
            </w:pPr>
            <w:r>
              <w:rPr>
                <w:rFonts w:ascii="Arial" w:hAnsi="Arial"/>
                <w:b/>
                <w:color w:val="FFFFFF"/>
                <w:sz w:val="20"/>
                <w:szCs w:val="20"/>
                <w:bCs/>
              </w:rPr>
              <w:t>E. Visible damage</w:t>
            </w:r>
          </w:p>
        </w:tc>
      </w:tr>
    </w:tbl>
    <w:p>
      <w:pPr>
        <w:spacing w:before="0" w:after="0" w:line="24" w:lineRule="exact"/>
        <w:jc w:val="left"/>
      </w:pPr>
      <w:r>
        <w:rPr>
          <w:sz w:val="2"/>
        </w:rPr>
      </w:r>
    </w:p>
    <w:tbl>
      <w:tblPr>
        <w:tblW w:type="auto" w:w="0"/>
        <w:jc w:val="center"/>
        <w:tblLayout w:type="fixed"/>
        <w:tblLook w:firstColumn="1" w:firstRow="1" w:lastColumn="0" w:lastRow="0" w:noHBand="0" w:noVBand="1" w:val="04A0"/>
        <w:tblLayout w:type="fixed"/>
        <w:tblW w:w="10546" w:type="dxa"/>
        <w:tblBorders>
          <w:top w:val="nil" w:sz="4" w:color="B9C3C5"/>
          <w:left w:val="nil" w:sz="4" w:color="B9C3C5"/>
          <w:bottom w:val="nil" w:sz="4" w:color="B9C3C5"/>
          <w:right w:val="nil" w:sz="4" w:color="B9C3C5"/>
          <w:insideH w:val="nil" w:sz="4" w:color="B9C3C5"/>
          <w:insideV w:val="nil" w:sz="4" w:color="B9C3C5"/>
        </w:tblBorders>
        <w:tblCellMar>
          <w:left w:w="80" w:type="dxa"/>
          <w:right w:w="80" w:type="dxa"/>
          <w:top w:w="20" w:type="dxa"/>
          <w:bottom w:w="20" w:type="dxa"/>
        </w:tblCellMar>
      </w:tblPr>
      <w:tblGrid>
        <w:gridCol w:w="6538"/>
        <w:gridCol w:w="4007"/>
      </w:tblGrid>
      <w:tr>
        <w:tc>
          <w:tcPr>
            <w:tcW w:type="dxa" w:w="6538"/>
            <w:tcBorders>
              <w:top w:val="single" w:sz="4" w:color="B9C3C5"/>
              <w:bottom w:val="single" w:sz="4" w:color="B9C3C5"/>
              <w:left w:val="single" w:sz="4" w:color="B9C3C5"/>
              <w:right w:val="single" w:sz="4" w:color="B9C3C5"/>
            </w:tcBorders>
          </w:tcPr>
          <w:p>
            <w:pPr>
              <w:spacing w:before="0" w:after="0"/>
              <w:jc w:val="center"/>
            </w:pPr>
            <w:r>
              <w:drawing>
                <wp:inline xmlns:a="http://schemas.openxmlformats.org/drawingml/2006/main" xmlns:pic="http://schemas.openxmlformats.org/drawingml/2006/picture">
                  <wp:extent cx="3883680" cy="1850816"/>
                  <wp:docPr id="1" name="Picture 1"/>
                  <wp:cNvGraphicFramePr>
                    <a:graphicFrameLocks noChangeAspect="1"/>
                  </wp:cNvGraphicFramePr>
                  <a:graphic>
                    <a:graphicData uri="http://schemas.openxmlformats.org/drawingml/2006/picture">
                      <pic:pic>
                        <pic:nvPicPr>
                          <pic:cNvPr id="0" name="car-en.png"/>
                          <pic:cNvPicPr/>
                        </pic:nvPicPr>
                        <pic:blipFill>
                          <a:blip r:embed="rId10"/>
                          <a:stretch>
                            <a:fillRect/>
                          </a:stretch>
                        </pic:blipFill>
                        <pic:spPr>
                          <a:xfrm>
                            <a:off x="0" y="0"/>
                            <a:ext cx="3883680" cy="1850816"/>
                          </a:xfrm>
                          <a:prstGeom prst="rect"/>
                        </pic:spPr>
                      </pic:pic>
                    </a:graphicData>
                  </a:graphic>
                </wp:inline>
              </w:drawing>
            </w:r>
          </w:p>
          <w:p>
            <w:pPr>
              <w:spacing w:before="0" w:after="0"/>
              <w:jc w:val="center"/>
            </w:pPr>
            <w:r>
              <w:rPr>
                <w:rFonts w:ascii="Arial" w:hAnsi="Arial"/>
                <w:b w:val="0"/>
                <w:color w:val="5B6B6E"/>
                <w:sz w:val="15"/>
                <w:szCs w:val="15"/>
              </w:rPr>
              <w:t>Mark on the drawing: S = scratch · D = dent · B = broken</w:t>
            </w:r>
          </w:p>
        </w:tc>
        <w:tc>
          <w:tcPr>
            <w:tcW w:type="dxa" w:w="4007"/>
            <w:vAlign w:val="top"/>
          </w:tcPr>
          <w:p>
            <w:pPr>
              <w:spacing w:before="0" w:after="0"/>
              <w:jc w:val="left"/>
            </w:pPr>
            <w:r>
              <w:rPr>
                <w:rFonts w:ascii="Arial" w:hAnsi="Arial"/>
                <w:b w:val="0"/>
                <w:color w:val="5B6B6E"/>
                <w:sz w:val="15"/>
                <w:szCs w:val="15"/>
              </w:rPr>
              <w:t>Damage notes:</w:t>
            </w:r>
          </w:p>
          <w:p>
            <w:pPr>
              <w:spacing w:before="120" w:after="0"/>
              <w:jc w:val="left"/>
            </w:pPr>
            <w:r>
              <w:rPr>
                <w:rFonts w:ascii="Arial" w:hAnsi="Arial"/>
                <w:b w:val="0"/>
                <w:color w:val="8E9A9C"/>
                <w:sz w:val="16"/>
                <w:szCs w:val="16"/>
              </w:rPr>
              <w:t>______________________________________</w:t>
            </w:r>
          </w:p>
          <w:p>
            <w:pPr>
              <w:spacing w:before="120" w:after="0"/>
              <w:jc w:val="left"/>
            </w:pPr>
            <w:r>
              <w:rPr>
                <w:rFonts w:ascii="Arial" w:hAnsi="Arial"/>
                <w:b w:val="0"/>
                <w:color w:val="8E9A9C"/>
                <w:sz w:val="16"/>
                <w:szCs w:val="16"/>
              </w:rPr>
              <w:t>______________________________________</w:t>
            </w:r>
          </w:p>
          <w:p>
            <w:pPr>
              <w:spacing w:before="120" w:after="0"/>
              <w:jc w:val="left"/>
            </w:pPr>
            <w:r>
              <w:rPr>
                <w:rFonts w:ascii="Arial" w:hAnsi="Arial"/>
                <w:b w:val="0"/>
                <w:color w:val="8E9A9C"/>
                <w:sz w:val="16"/>
                <w:szCs w:val="16"/>
              </w:rPr>
              <w:t>______________________________________</w:t>
            </w:r>
          </w:p>
          <w:p>
            <w:pPr>
              <w:spacing w:before="120" w:after="0"/>
              <w:jc w:val="left"/>
            </w:pPr>
            <w:r>
              <w:rPr>
                <w:rFonts w:ascii="Arial" w:hAnsi="Arial"/>
                <w:b w:val="0"/>
                <w:color w:val="8E9A9C"/>
                <w:sz w:val="16"/>
                <w:szCs w:val="16"/>
              </w:rPr>
              <w:t>______________________________________</w:t>
            </w:r>
          </w:p>
          <w:p>
            <w:pPr>
              <w:spacing w:before="120" w:after="0"/>
              <w:jc w:val="left"/>
            </w:pPr>
            <w:r>
              <w:rPr>
                <w:rFonts w:ascii="Arial" w:hAnsi="Arial"/>
                <w:b w:val="0"/>
                <w:color w:val="12343B"/>
                <w:sz w:val="17"/>
                <w:szCs w:val="17"/>
              </w:rPr>
              <w:t>Photos taken of all four sides:</w:t>
            </w:r>
          </w:p>
          <w:p>
            <w:pPr>
              <w:spacing w:before="40" w:after="0"/>
              <w:jc w:val="left"/>
            </w:pPr>
            <w:r>
              <w:rPr>
                <w:rFonts w:ascii="Arial" w:hAnsi="Arial"/>
                <w:b w:val="0"/>
                <w:color w:val="12343B"/>
                <w:sz w:val="18"/>
                <w:szCs w:val="18"/>
              </w:rPr>
              <w:t>□ Yes   □ No</w:t>
            </w:r>
          </w:p>
          <w:p>
            <w:pPr>
              <w:spacing w:before="80" w:after="0"/>
              <w:jc w:val="left"/>
            </w:pPr>
            <w:r>
              <w:rPr>
                <w:rFonts w:ascii="Arial" w:hAnsi="Arial"/>
                <w:b w:val="0"/>
                <w:color w:val="12343B"/>
                <w:sz w:val="17"/>
                <w:szCs w:val="17"/>
              </w:rPr>
              <w:t>Where are the photos kept?</w:t>
            </w:r>
          </w:p>
          <w:p>
            <w:pPr>
              <w:spacing w:before="120" w:after="0"/>
              <w:jc w:val="left"/>
            </w:pPr>
            <w:r>
              <w:rPr>
                <w:rFonts w:ascii="Arial" w:hAnsi="Arial"/>
                <w:b w:val="0"/>
                <w:color w:val="8E9A9C"/>
                <w:sz w:val="16"/>
                <w:szCs w:val="16"/>
              </w:rPr>
              <w:t>______________________________________</w:t>
            </w:r>
          </w:p>
        </w:tc>
      </w:tr>
    </w:tbl>
    <w:p>
      <w:pPr>
        <w:spacing w:before="0" w:after="0" w:line="40" w:lineRule="exact"/>
        <w:jc w:val="left"/>
      </w:pPr>
      <w:r>
        <w:rPr>
          <w:sz w:val="2"/>
        </w:rPr>
      </w:r>
    </w:p>
    <w:tbl>
      <w:tblPr>
        <w:tblW w:type="auto" w:w="0"/>
        <w:jc w:val="center"/>
        <w:tblLayout w:type="fixed"/>
        <w:tblLook w:firstColumn="1" w:firstRow="1" w:lastColumn="0" w:lastRow="0" w:noHBand="0" w:noVBand="1" w:val="04A0"/>
        <w:tblLayout w:type="fixed"/>
        <w:tblW w:w="10546" w:type="dxa"/>
        <w:tblBorders>
          <w:top w:val="nil" w:sz="4" w:color="B9C3C5"/>
          <w:left w:val="nil" w:sz="4" w:color="B9C3C5"/>
          <w:bottom w:val="nil" w:sz="4" w:color="B9C3C5"/>
          <w:right w:val="nil" w:sz="4" w:color="B9C3C5"/>
          <w:insideH w:val="nil" w:sz="4" w:color="B9C3C5"/>
          <w:insideV w:val="nil" w:sz="4" w:color="B9C3C5"/>
        </w:tblBorders>
        <w:tblCellMar>
          <w:left w:w="80" w:type="dxa"/>
          <w:right w:w="80" w:type="dxa"/>
          <w:top w:w="20" w:type="dxa"/>
          <w:bottom w:w="20" w:type="dxa"/>
        </w:tblCellMar>
      </w:tblPr>
      <w:tblGrid>
        <w:gridCol w:w="10546"/>
      </w:tblGrid>
      <w:tr>
        <w:trPr>
          <w:trHeight w:val="340" w:hRule="atLeast"/>
        </w:trPr>
        <w:tc>
          <w:tcPr>
            <w:tcW w:type="dxa" w:w="10545"/>
            <w:vAlign w:val="center"/>
            <w:shd w:val="clear" w:color="auto" w:fill="0E7C7B"/>
          </w:tcPr>
          <w:p>
            <w:pPr>
              <w:spacing w:before="0" w:after="0"/>
              <w:jc w:val="left"/>
            </w:pPr>
            <w:r>
              <w:rPr>
                <w:rFonts w:ascii="Arial" w:hAnsi="Arial"/>
                <w:b/>
                <w:color w:val="FFFFFF"/>
                <w:sz w:val="20"/>
                <w:szCs w:val="20"/>
                <w:bCs/>
              </w:rPr>
              <w:t>F. Acknowledgement and signatures</w:t>
            </w:r>
          </w:p>
        </w:tc>
      </w:tr>
    </w:tbl>
    <w:p>
      <w:pPr>
        <w:spacing w:before="0" w:after="0" w:line="24" w:lineRule="exact"/>
        <w:jc w:val="left"/>
      </w:pPr>
      <w:r>
        <w:rPr>
          <w:sz w:val="2"/>
        </w:rPr>
      </w:r>
    </w:p>
    <w:tbl>
      <w:tblPr>
        <w:tblW w:type="auto" w:w="0"/>
        <w:jc w:val="center"/>
        <w:tblLayout w:type="fixed"/>
        <w:tblLook w:firstColumn="1" w:firstRow="1" w:lastColumn="0" w:lastRow="0" w:noHBand="0" w:noVBand="1" w:val="04A0"/>
        <w:tblLayout w:type="fixed"/>
        <w:tblW w:w="10546" w:type="dxa"/>
        <w:tblBorders>
          <w:top w:val="nil" w:sz="4" w:color="B9C3C5"/>
          <w:left w:val="nil" w:sz="4" w:color="B9C3C5"/>
          <w:bottom w:val="nil" w:sz="4" w:color="B9C3C5"/>
          <w:right w:val="nil" w:sz="4" w:color="B9C3C5"/>
          <w:insideH w:val="nil" w:sz="4" w:color="B9C3C5"/>
          <w:insideV w:val="nil" w:sz="4" w:color="B9C3C5"/>
        </w:tblBorders>
        <w:tblCellMar>
          <w:left w:w="80" w:type="dxa"/>
          <w:right w:w="80" w:type="dxa"/>
          <w:top w:w="20" w:type="dxa"/>
          <w:bottom w:w="20" w:type="dxa"/>
        </w:tblCellMar>
      </w:tblPr>
      <w:tblGrid>
        <w:gridCol w:w="10546"/>
      </w:tblGrid>
      <w:tr>
        <w:tc>
          <w:tcPr>
            <w:tcW w:type="dxa" w:w="10545"/>
            <w:vAlign w:val="center"/>
            <w:shd w:val="clear" w:color="auto" w:fill="FAF5EC"/>
          </w:tcPr>
          <w:p>
            <w:pPr>
              <w:spacing w:before="0" w:after="0"/>
              <w:jc w:val="left"/>
            </w:pPr>
            <w:r>
              <w:rPr>
                <w:rFonts w:ascii="Arial" w:hAnsi="Arial"/>
                <w:b w:val="0"/>
                <w:color w:val="12343B"/>
                <w:sz w:val="17"/>
                <w:szCs w:val="17"/>
              </w:rPr>
              <w:t>I confirm that I received the vehicle described above in the condition recorded, and I will look after it, use it for work in line with company instructions, return it on request in the same condition apart from normal wear, and report any accident, fine or fault to the company straight away.</w:t>
            </w:r>
          </w:p>
        </w:tc>
      </w:tr>
    </w:tbl>
    <w:p>
      <w:pPr>
        <w:spacing w:before="0" w:after="0" w:line="60" w:lineRule="exact"/>
        <w:jc w:val="left"/>
      </w:pPr>
      <w:r>
        <w:rPr>
          <w:sz w:val="2"/>
        </w:rPr>
      </w:r>
    </w:p>
    <w:tbl>
      <w:tblPr>
        <w:tblW w:type="auto" w:w="0"/>
        <w:jc w:val="center"/>
        <w:tblLayout w:type="fixed"/>
        <w:tblLook w:firstColumn="1" w:firstRow="1" w:lastColumn="0" w:lastRow="0" w:noHBand="0" w:noVBand="1" w:val="04A0"/>
        <w:tblLayout w:type="fixed"/>
        <w:tblW w:w="10546" w:type="dxa"/>
        <w:tblBorders>
          <w:top w:val="nil" w:sz="4" w:color="B9C3C5"/>
          <w:left w:val="nil" w:sz="4" w:color="B9C3C5"/>
          <w:bottom w:val="nil" w:sz="4" w:color="B9C3C5"/>
          <w:right w:val="nil" w:sz="4" w:color="B9C3C5"/>
          <w:insideH w:val="nil" w:sz="4" w:color="B9C3C5"/>
          <w:insideV w:val="nil" w:sz="4" w:color="B9C3C5"/>
        </w:tblBorders>
        <w:tblCellMar>
          <w:left w:w="80" w:type="dxa"/>
          <w:right w:w="80" w:type="dxa"/>
          <w:top w:w="20" w:type="dxa"/>
          <w:bottom w:w="20" w:type="dxa"/>
        </w:tblCellMar>
      </w:tblPr>
      <w:tblGrid>
        <w:gridCol w:w="5159"/>
        <w:gridCol w:w="226"/>
        <w:gridCol w:w="5159"/>
      </w:tblGrid>
      <w:tr>
        <w:trPr>
          <w:trHeight w:val="340" w:hRule="atLeast"/>
        </w:trPr>
        <w:tc>
          <w:tcPr>
            <w:tcW w:type="dxa" w:w="5159"/>
            <w:vAlign w:val="center"/>
            <w:tcBorders>
              <w:top w:val="single" w:sz="4" w:color="B9C3C5"/>
              <w:left w:val="single" w:sz="4" w:color="B9C3C5"/>
              <w:right w:val="single" w:sz="4" w:color="B9C3C5"/>
            </w:tcBorders>
          </w:tcPr>
          <w:p>
            <w:pPr>
              <w:spacing w:before="0" w:after="0"/>
              <w:jc w:val="left"/>
            </w:pPr>
            <w:r>
              <w:rPr>
                <w:rFonts w:ascii="Arial" w:hAnsi="Arial"/>
                <w:b/>
                <w:color w:val="12343B"/>
                <w:sz w:val="18"/>
                <w:szCs w:val="18"/>
                <w:bCs/>
              </w:rPr>
              <w:t>Received by (employee)</w:t>
            </w:r>
          </w:p>
        </w:tc>
        <w:tc>
          <w:tcPr>
            <w:tcW w:type="dxa" w:w="227"/>
          </w:tcPr>
          <w:p/>
        </w:tc>
        <w:tc>
          <w:tcPr>
            <w:tcW w:type="dxa" w:w="5159"/>
            <w:vAlign w:val="center"/>
            <w:tcBorders>
              <w:top w:val="single" w:sz="4" w:color="B9C3C5"/>
              <w:left w:val="single" w:sz="4" w:color="B9C3C5"/>
              <w:right w:val="single" w:sz="4" w:color="B9C3C5"/>
            </w:tcBorders>
          </w:tcPr>
          <w:p>
            <w:pPr>
              <w:spacing w:before="0" w:after="0"/>
              <w:jc w:val="left"/>
            </w:pPr>
            <w:r>
              <w:rPr>
                <w:rFonts w:ascii="Arial" w:hAnsi="Arial"/>
                <w:b/>
                <w:color w:val="12343B"/>
                <w:sz w:val="18"/>
                <w:szCs w:val="18"/>
                <w:bCs/>
              </w:rPr>
              <w:t>Handed over by (for the company)</w:t>
            </w:r>
          </w:p>
        </w:tc>
      </w:tr>
      <w:tr>
        <w:trPr>
          <w:trHeight w:val="454" w:hRule="atLeast"/>
        </w:trPr>
        <w:tc>
          <w:tcPr>
            <w:tcW w:type="dxa" w:w="5159"/>
            <w:vAlign w:val="center"/>
            <w:tcBorders>
              <w:left w:val="single" w:sz="4" w:color="B9C3C5"/>
              <w:right w:val="single" w:sz="4" w:color="B9C3C5"/>
            </w:tcBorders>
          </w:tcPr>
          <w:p>
            <w:pPr>
              <w:spacing w:before="0" w:after="0"/>
              <w:jc w:val="left"/>
            </w:pPr>
            <w:r>
              <w:rPr>
                <w:rFonts w:ascii="Arial" w:hAnsi="Arial"/>
                <w:b w:val="0"/>
                <w:color w:val="12343B"/>
                <w:sz w:val="17"/>
                <w:szCs w:val="17"/>
              </w:rPr>
              <w:t>Name: ____________________   Date: ____________</w:t>
            </w:r>
          </w:p>
        </w:tc>
        <w:tc>
          <w:tcPr>
            <w:tcW w:type="dxa" w:w="227"/>
          </w:tcPr>
          <w:p/>
        </w:tc>
        <w:tc>
          <w:tcPr>
            <w:tcW w:type="dxa" w:w="5159"/>
            <w:vAlign w:val="center"/>
            <w:tcBorders>
              <w:left w:val="single" w:sz="4" w:color="B9C3C5"/>
              <w:right w:val="single" w:sz="4" w:color="B9C3C5"/>
            </w:tcBorders>
          </w:tcPr>
          <w:p>
            <w:pPr>
              <w:spacing w:before="0" w:after="0"/>
              <w:jc w:val="left"/>
            </w:pPr>
            <w:r>
              <w:rPr>
                <w:rFonts w:ascii="Arial" w:hAnsi="Arial"/>
                <w:b w:val="0"/>
                <w:color w:val="12343B"/>
                <w:sz w:val="17"/>
                <w:szCs w:val="17"/>
              </w:rPr>
              <w:t>Name: ____________________   Date: ____________</w:t>
            </w:r>
          </w:p>
        </w:tc>
      </w:tr>
      <w:tr>
        <w:trPr>
          <w:trHeight w:val="454" w:hRule="atLeast"/>
        </w:trPr>
        <w:tc>
          <w:tcPr>
            <w:tcW w:type="dxa" w:w="5159"/>
            <w:vAlign w:val="center"/>
            <w:tcBorders>
              <w:bottom w:val="single" w:sz="4" w:color="B9C3C5"/>
              <w:left w:val="single" w:sz="4" w:color="B9C3C5"/>
              <w:right w:val="single" w:sz="4" w:color="B9C3C5"/>
            </w:tcBorders>
          </w:tcPr>
          <w:p>
            <w:pPr>
              <w:spacing w:before="0" w:after="0"/>
              <w:jc w:val="left"/>
            </w:pPr>
            <w:r>
              <w:rPr>
                <w:rFonts w:ascii="Arial" w:hAnsi="Arial"/>
                <w:b w:val="0"/>
                <w:color w:val="12343B"/>
                <w:sz w:val="17"/>
                <w:szCs w:val="17"/>
              </w:rPr>
              <w:t>Signature: __________________________________</w:t>
            </w:r>
          </w:p>
        </w:tc>
        <w:tc>
          <w:tcPr>
            <w:tcW w:type="dxa" w:w="227"/>
          </w:tcPr>
          <w:p/>
        </w:tc>
        <w:tc>
          <w:tcPr>
            <w:tcW w:type="dxa" w:w="5159"/>
            <w:vAlign w:val="center"/>
            <w:tcBorders>
              <w:bottom w:val="single" w:sz="4" w:color="B9C3C5"/>
              <w:left w:val="single" w:sz="4" w:color="B9C3C5"/>
              <w:right w:val="single" w:sz="4" w:color="B9C3C5"/>
            </w:tcBorders>
          </w:tcPr>
          <w:p>
            <w:pPr>
              <w:spacing w:before="0" w:after="0"/>
              <w:jc w:val="left"/>
            </w:pPr>
            <w:r>
              <w:rPr>
                <w:rFonts w:ascii="Arial" w:hAnsi="Arial"/>
                <w:b w:val="0"/>
                <w:color w:val="12343B"/>
                <w:sz w:val="17"/>
                <w:szCs w:val="17"/>
              </w:rPr>
              <w:t>Signature: __________________________________</w:t>
            </w:r>
          </w:p>
        </w:tc>
      </w:tr>
    </w:tbl>
    <w:p>
      <w:pPr>
        <w:spacing w:before="0" w:after="0"/>
        <w:jc w:val="left"/>
      </w:pPr>
      <w:r>
        <w:br w:type="page"/>
      </w:r>
    </w:p>
    <w:tbl>
      <w:tblPr>
        <w:tblW w:type="auto" w:w="0"/>
        <w:jc w:val="center"/>
        <w:tblLayout w:type="fixed"/>
        <w:tblLook w:firstColumn="1" w:firstRow="1" w:lastColumn="0" w:lastRow="0" w:noHBand="0" w:noVBand="1" w:val="04A0"/>
        <w:tblLayout w:type="fixed"/>
        <w:tblW w:w="10546" w:type="dxa"/>
        <w:tblBorders>
          <w:top w:val="nil" w:sz="4" w:color="B9C3C5"/>
          <w:left w:val="nil" w:sz="4" w:color="B9C3C5"/>
          <w:bottom w:val="nil" w:sz="4" w:color="B9C3C5"/>
          <w:right w:val="nil" w:sz="4" w:color="B9C3C5"/>
          <w:insideH w:val="nil" w:sz="4" w:color="B9C3C5"/>
          <w:insideV w:val="nil" w:sz="4" w:color="B9C3C5"/>
        </w:tblBorders>
        <w:tblCellMar>
          <w:left w:w="80" w:type="dxa"/>
          <w:right w:w="80" w:type="dxa"/>
          <w:top w:w="20" w:type="dxa"/>
          <w:bottom w:w="20" w:type="dxa"/>
        </w:tblCellMar>
      </w:tblPr>
      <w:tblGrid>
        <w:gridCol w:w="8051"/>
        <w:gridCol w:w="2494"/>
      </w:tblGrid>
      <w:tr>
        <w:trPr>
          <w:trHeight w:val="312" w:hRule="atLeast"/>
        </w:trPr>
        <w:tc>
          <w:tcPr>
            <w:tcW w:type="dxa" w:w="8050"/>
            <w:vMerge w:val="restart"/>
            <w:vAlign w:val="center"/>
            <w:shd w:val="clear" w:color="auto" w:fill="12343B"/>
          </w:tcPr>
          <w:p>
            <w:pPr>
              <w:spacing w:before="0" w:after="0"/>
              <w:jc w:val="left"/>
            </w:pPr>
            <w:r>
              <w:rPr>
                <w:rFonts w:ascii="Arial" w:hAnsi="Arial"/>
                <w:b/>
                <w:color w:val="FFFFFF"/>
                <w:sz w:val="28"/>
                <w:szCs w:val="28"/>
                <w:bCs/>
              </w:rPr>
              <w:t>Vehicle handover and return form</w:t>
            </w:r>
          </w:p>
          <w:p>
            <w:pPr>
              <w:spacing w:before="0" w:after="0"/>
              <w:jc w:val="left"/>
            </w:pPr>
            <w:r>
              <w:rPr>
                <w:rFonts w:ascii="Arial" w:hAnsi="Arial"/>
                <w:b w:val="0"/>
                <w:color w:val="F2E6D3"/>
                <w:sz w:val="16"/>
                <w:szCs w:val="16"/>
              </w:rPr>
              <w:t>Side 2: Return</w:t>
            </w:r>
          </w:p>
        </w:tc>
        <w:tc>
          <w:tcPr>
            <w:tcW w:type="dxa" w:w="2494"/>
            <w:vAlign w:val="center"/>
          </w:tcPr>
          <w:p>
            <w:pPr>
              <w:spacing w:before="0" w:after="0"/>
              <w:jc w:val="center"/>
            </w:pPr>
            <w:r>
              <w:rPr>
                <w:rFonts w:ascii="Arial" w:hAnsi="Arial"/>
                <w:b w:val="0"/>
                <w:color w:val="12343B"/>
                <w:sz w:val="17"/>
                <w:szCs w:val="17"/>
              </w:rPr>
              <w:t>Form no.: ________</w:t>
            </w:r>
          </w:p>
        </w:tc>
      </w:tr>
      <w:tr>
        <w:trPr>
          <w:trHeight w:val="454" w:hRule="atLeast"/>
        </w:trPr>
        <w:tc>
          <w:tcPr>
            <w:tcW w:type="dxa" w:w="8050"/>
            <w:vMerge/>
          </w:tcPr>
          <w:p/>
        </w:tc>
        <w:tc>
          <w:tcPr>
            <w:tcW w:type="dxa" w:w="2494"/>
            <w:vAlign w:val="center"/>
          </w:tcPr>
          <w:p>
            <w:pPr>
              <w:spacing w:before="0" w:after="0"/>
              <w:jc w:val="center"/>
            </w:pPr>
            <w:r>
              <w:rPr>
                <w:rFonts w:ascii="Arial" w:hAnsi="Arial"/>
                <w:b w:val="0"/>
                <w:color w:val="12343B"/>
                <w:sz w:val="17"/>
                <w:szCs w:val="17"/>
              </w:rPr>
              <w:t>Plate number: ________</w:t>
            </w:r>
          </w:p>
        </w:tc>
      </w:tr>
    </w:tbl>
    <w:p>
      <w:pPr>
        <w:spacing w:before="0" w:after="0" w:line="60" w:lineRule="exact"/>
        <w:jc w:val="left"/>
      </w:pPr>
      <w:r>
        <w:rPr>
          <w:sz w:val="2"/>
        </w:rPr>
      </w:r>
    </w:p>
    <w:tbl>
      <w:tblPr>
        <w:tblW w:type="auto" w:w="0"/>
        <w:jc w:val="center"/>
        <w:tblLayout w:type="fixed"/>
        <w:tblLook w:firstColumn="1" w:firstRow="1" w:lastColumn="0" w:lastRow="0" w:noHBand="0" w:noVBand="1" w:val="04A0"/>
        <w:tblLayout w:type="fixed"/>
        <w:tblW w:w="10546" w:type="dxa"/>
        <w:tblBorders>
          <w:top w:val="nil" w:sz="4" w:color="B9C3C5"/>
          <w:left w:val="nil" w:sz="4" w:color="B9C3C5"/>
          <w:bottom w:val="nil" w:sz="4" w:color="B9C3C5"/>
          <w:right w:val="nil" w:sz="4" w:color="B9C3C5"/>
          <w:insideH w:val="nil" w:sz="4" w:color="B9C3C5"/>
          <w:insideV w:val="nil" w:sz="4" w:color="B9C3C5"/>
        </w:tblBorders>
        <w:tblCellMar>
          <w:left w:w="80" w:type="dxa"/>
          <w:right w:w="80" w:type="dxa"/>
          <w:top w:w="20" w:type="dxa"/>
          <w:bottom w:w="20" w:type="dxa"/>
        </w:tblCellMar>
      </w:tblPr>
      <w:tblGrid>
        <w:gridCol w:w="10546"/>
      </w:tblGrid>
      <w:tr>
        <w:trPr>
          <w:trHeight w:val="340" w:hRule="atLeast"/>
        </w:trPr>
        <w:tc>
          <w:tcPr>
            <w:tcW w:type="dxa" w:w="10545"/>
            <w:vAlign w:val="center"/>
            <w:shd w:val="clear" w:color="auto" w:fill="0E7C7B"/>
          </w:tcPr>
          <w:p>
            <w:pPr>
              <w:spacing w:before="0" w:after="0"/>
              <w:jc w:val="left"/>
            </w:pPr>
            <w:r>
              <w:rPr>
                <w:rFonts w:ascii="Arial" w:hAnsi="Arial"/>
                <w:b/>
                <w:color w:val="FFFFFF"/>
                <w:sz w:val="20"/>
                <w:szCs w:val="20"/>
                <w:bCs/>
              </w:rPr>
              <w:t>G. Return</w:t>
            </w:r>
          </w:p>
        </w:tc>
      </w:tr>
    </w:tbl>
    <w:p>
      <w:pPr>
        <w:spacing w:before="0" w:after="0" w:line="24" w:lineRule="exact"/>
        <w:jc w:val="left"/>
      </w:pPr>
      <w:r>
        <w:rPr>
          <w:sz w:val="2"/>
        </w:rPr>
      </w:r>
    </w:p>
    <w:tbl>
      <w:tblPr>
        <w:tblW w:type="auto" w:w="0"/>
        <w:jc w:val="center"/>
        <w:tblLayout w:type="fixed"/>
        <w:tblLook w:firstColumn="1" w:firstRow="1" w:lastColumn="0" w:lastRow="0" w:noHBand="0" w:noVBand="1" w:val="04A0"/>
        <w:tblLayout w:type="fixed"/>
        <w:tblW w:w="10546" w:type="dxa"/>
        <w:tblBorders>
          <w:top w:val="single" w:sz="4" w:color="B9C3C5"/>
          <w:left w:val="single" w:sz="4" w:color="B9C3C5"/>
          <w:bottom w:val="single" w:sz="4" w:color="B9C3C5"/>
          <w:right w:val="single" w:sz="4" w:color="B9C3C5"/>
          <w:insideH w:val="single" w:sz="4" w:color="B9C3C5"/>
          <w:insideV w:val="single" w:sz="4" w:color="B9C3C5"/>
        </w:tblBorders>
        <w:tblCellMar>
          <w:left w:w="80" w:type="dxa"/>
          <w:right w:w="80" w:type="dxa"/>
          <w:top w:w="20" w:type="dxa"/>
          <w:bottom w:w="20" w:type="dxa"/>
        </w:tblCellMar>
      </w:tblPr>
      <w:tblGrid>
        <w:gridCol w:w="4429"/>
        <w:gridCol w:w="6116"/>
      </w:tblGrid>
      <w:tr>
        <w:trPr>
          <w:trHeight w:val="420" w:hRule="atLeast"/>
        </w:trPr>
        <w:tc>
          <w:tcPr>
            <w:tcW w:type="dxa" w:w="4429"/>
            <w:vAlign w:val="center"/>
            <w:shd w:val="clear" w:color="auto" w:fill="FAF5EC"/>
          </w:tcPr>
          <w:p>
            <w:pPr>
              <w:spacing w:before="0" w:after="0"/>
              <w:jc w:val="left"/>
            </w:pPr>
            <w:r>
              <w:rPr>
                <w:rFonts w:ascii="Arial" w:hAnsi="Arial"/>
                <w:b w:val="0"/>
                <w:color w:val="12343B"/>
                <w:sz w:val="17"/>
                <w:szCs w:val="17"/>
              </w:rPr>
              <w:t>Return date and time</w:t>
            </w:r>
          </w:p>
        </w:tc>
        <w:tc>
          <w:tcPr>
            <w:tcW w:type="dxa" w:w="6116"/>
            <w:vAlign w:val="center"/>
          </w:tcPr>
          <w:p>
            <w:pPr>
              <w:spacing w:before="0" w:after="0"/>
              <w:jc w:val="left"/>
            </w:pPr>
          </w:p>
        </w:tc>
      </w:tr>
      <w:tr>
        <w:trPr>
          <w:trHeight w:val="420" w:hRule="atLeast"/>
        </w:trPr>
        <w:tc>
          <w:tcPr>
            <w:tcW w:type="dxa" w:w="4429"/>
            <w:vAlign w:val="center"/>
            <w:shd w:val="clear" w:color="auto" w:fill="FAF5EC"/>
          </w:tcPr>
          <w:p>
            <w:pPr>
              <w:spacing w:before="0" w:after="0"/>
              <w:jc w:val="left"/>
            </w:pPr>
            <w:r>
              <w:rPr>
                <w:rFonts w:ascii="Arial" w:hAnsi="Arial"/>
                <w:b w:val="0"/>
                <w:color w:val="12343B"/>
                <w:sz w:val="17"/>
                <w:szCs w:val="17"/>
              </w:rPr>
              <w:t>Odometer at return</w:t>
            </w:r>
          </w:p>
        </w:tc>
        <w:tc>
          <w:tcPr>
            <w:tcW w:type="dxa" w:w="6116"/>
            <w:vAlign w:val="center"/>
          </w:tcPr>
          <w:p>
            <w:pPr>
              <w:spacing w:before="0" w:after="0"/>
              <w:jc w:val="left"/>
            </w:pPr>
          </w:p>
        </w:tc>
      </w:tr>
      <w:tr>
        <w:trPr>
          <w:trHeight w:val="420" w:hRule="atLeast"/>
        </w:trPr>
        <w:tc>
          <w:tcPr>
            <w:tcW w:type="dxa" w:w="4429"/>
            <w:vAlign w:val="center"/>
            <w:shd w:val="clear" w:color="auto" w:fill="FAF5EC"/>
          </w:tcPr>
          <w:p>
            <w:pPr>
              <w:spacing w:before="0" w:after="0"/>
              <w:jc w:val="left"/>
            </w:pPr>
            <w:r>
              <w:rPr>
                <w:rFonts w:ascii="Arial" w:hAnsi="Arial"/>
                <w:b w:val="0"/>
                <w:color w:val="12343B"/>
                <w:sz w:val="17"/>
                <w:szCs w:val="17"/>
              </w:rPr>
              <w:t>Km driven (return − handover)</w:t>
            </w:r>
          </w:p>
        </w:tc>
        <w:tc>
          <w:tcPr>
            <w:tcW w:type="dxa" w:w="6116"/>
            <w:vAlign w:val="center"/>
          </w:tcPr>
          <w:p>
            <w:pPr>
              <w:spacing w:before="0" w:after="0"/>
              <w:jc w:val="left"/>
            </w:pPr>
          </w:p>
        </w:tc>
      </w:tr>
      <w:tr>
        <w:trPr>
          <w:trHeight w:val="420" w:hRule="atLeast"/>
        </w:trPr>
        <w:tc>
          <w:tcPr>
            <w:tcW w:type="dxa" w:w="4429"/>
            <w:vAlign w:val="center"/>
            <w:shd w:val="clear" w:color="auto" w:fill="FAF5EC"/>
          </w:tcPr>
          <w:p>
            <w:pPr>
              <w:spacing w:before="0" w:after="0"/>
              <w:jc w:val="left"/>
            </w:pPr>
            <w:r>
              <w:rPr>
                <w:rFonts w:ascii="Arial" w:hAnsi="Arial"/>
                <w:b w:val="0"/>
                <w:color w:val="12343B"/>
                <w:sz w:val="17"/>
                <w:szCs w:val="17"/>
              </w:rPr>
              <w:t>Fuel level at return</w:t>
            </w:r>
          </w:p>
        </w:tc>
        <w:tc>
          <w:tcPr>
            <w:tcW w:type="dxa" w:w="6116"/>
            <w:vAlign w:val="center"/>
          </w:tcPr>
          <w:p>
            <w:pPr>
              <w:spacing w:before="0" w:after="0"/>
              <w:jc w:val="left"/>
            </w:pPr>
            <w:r>
              <w:rPr>
                <w:rFonts w:ascii="Arial" w:hAnsi="Arial"/>
                <w:b w:val="0"/>
                <w:color w:val="12343B"/>
                <w:sz w:val="17"/>
                <w:szCs w:val="17"/>
              </w:rPr>
              <w:t>□ Empty   □ ¼   □ ½   □ ¾   □ Full</w:t>
            </w:r>
          </w:p>
        </w:tc>
      </w:tr>
      <w:tr>
        <w:trPr>
          <w:trHeight w:val="420" w:hRule="atLeast"/>
        </w:trPr>
        <w:tc>
          <w:tcPr>
            <w:tcW w:type="dxa" w:w="4429"/>
            <w:vAlign w:val="center"/>
            <w:shd w:val="clear" w:color="auto" w:fill="FAF5EC"/>
          </w:tcPr>
          <w:p>
            <w:pPr>
              <w:spacing w:before="0" w:after="0"/>
              <w:jc w:val="left"/>
            </w:pPr>
            <w:r>
              <w:rPr>
                <w:rFonts w:ascii="Arial" w:hAnsi="Arial"/>
                <w:b w:val="0"/>
                <w:color w:val="12343B"/>
                <w:sz w:val="17"/>
                <w:szCs w:val="17"/>
              </w:rPr>
              <w:t>All items back?</w:t>
            </w:r>
          </w:p>
        </w:tc>
        <w:tc>
          <w:tcPr>
            <w:tcW w:type="dxa" w:w="6116"/>
            <w:vAlign w:val="center"/>
          </w:tcPr>
          <w:p>
            <w:pPr>
              <w:spacing w:before="0" w:after="0"/>
              <w:jc w:val="left"/>
            </w:pPr>
            <w:r>
              <w:rPr>
                <w:rFonts w:ascii="Arial" w:hAnsi="Arial"/>
                <w:b w:val="0"/>
                <w:color w:val="12343B"/>
                <w:sz w:val="17"/>
                <w:szCs w:val="17"/>
              </w:rPr>
              <w:t>□ Yes   □ No   Missing: ____________________</w:t>
            </w:r>
          </w:p>
        </w:tc>
      </w:tr>
      <w:tr>
        <w:trPr>
          <w:trHeight w:val="420" w:hRule="atLeast"/>
        </w:trPr>
        <w:tc>
          <w:tcPr>
            <w:tcW w:type="dxa" w:w="4429"/>
            <w:vAlign w:val="center"/>
            <w:shd w:val="clear" w:color="auto" w:fill="FAF5EC"/>
          </w:tcPr>
          <w:p>
            <w:pPr>
              <w:spacing w:before="0" w:after="0"/>
              <w:jc w:val="left"/>
            </w:pPr>
            <w:r>
              <w:rPr>
                <w:rFonts w:ascii="Arial" w:hAnsi="Arial"/>
                <w:b w:val="0"/>
                <w:color w:val="12343B"/>
                <w:sz w:val="17"/>
                <w:szCs w:val="17"/>
              </w:rPr>
              <w:t>New damage?</w:t>
            </w:r>
          </w:p>
        </w:tc>
        <w:tc>
          <w:tcPr>
            <w:tcW w:type="dxa" w:w="6116"/>
            <w:vAlign w:val="center"/>
          </w:tcPr>
          <w:p>
            <w:pPr>
              <w:spacing w:before="0" w:after="0"/>
              <w:jc w:val="left"/>
            </w:pPr>
            <w:r>
              <w:rPr>
                <w:rFonts w:ascii="Arial" w:hAnsi="Arial"/>
                <w:b w:val="0"/>
                <w:color w:val="12343B"/>
                <w:sz w:val="17"/>
                <w:szCs w:val="17"/>
              </w:rPr>
              <w:t>□ Yes   □ No   Describe: ____________________</w:t>
            </w:r>
          </w:p>
        </w:tc>
      </w:tr>
      <w:tr>
        <w:trPr>
          <w:trHeight w:val="420" w:hRule="atLeast"/>
        </w:trPr>
        <w:tc>
          <w:tcPr>
            <w:tcW w:type="dxa" w:w="4429"/>
            <w:vAlign w:val="center"/>
            <w:shd w:val="clear" w:color="auto" w:fill="FAF5EC"/>
          </w:tcPr>
          <w:p>
            <w:pPr>
              <w:spacing w:before="0" w:after="0"/>
              <w:jc w:val="left"/>
            </w:pPr>
            <w:r>
              <w:rPr>
                <w:rFonts w:ascii="Arial" w:hAnsi="Arial"/>
                <w:b w:val="0"/>
                <w:color w:val="12343B"/>
                <w:sz w:val="17"/>
                <w:szCs w:val="17"/>
              </w:rPr>
              <w:t>Fines during the period?</w:t>
            </w:r>
          </w:p>
        </w:tc>
        <w:tc>
          <w:tcPr>
            <w:tcW w:type="dxa" w:w="6116"/>
            <w:vAlign w:val="center"/>
          </w:tcPr>
          <w:p>
            <w:pPr>
              <w:spacing w:before="0" w:after="0"/>
              <w:jc w:val="left"/>
            </w:pPr>
            <w:r>
              <w:rPr>
                <w:rFonts w:ascii="Arial" w:hAnsi="Arial"/>
                <w:b w:val="0"/>
                <w:color w:val="12343B"/>
                <w:sz w:val="17"/>
                <w:szCs w:val="17"/>
              </w:rPr>
              <w:t>□ Yes   □ No   □ To check later</w:t>
            </w:r>
          </w:p>
        </w:tc>
      </w:tr>
    </w:tbl>
    <w:p>
      <w:pPr>
        <w:spacing w:before="0" w:after="0" w:line="60" w:lineRule="exact"/>
        <w:jc w:val="left"/>
      </w:pPr>
      <w:r>
        <w:rPr>
          <w:sz w:val="2"/>
        </w:rPr>
      </w:r>
    </w:p>
    <w:tbl>
      <w:tblPr>
        <w:tblW w:type="auto" w:w="0"/>
        <w:jc w:val="center"/>
        <w:tblLayout w:type="fixed"/>
        <w:tblLook w:firstColumn="1" w:firstRow="1" w:lastColumn="0" w:lastRow="0" w:noHBand="0" w:noVBand="1" w:val="04A0"/>
        <w:tblLayout w:type="fixed"/>
        <w:tblW w:w="10546" w:type="dxa"/>
        <w:tblBorders>
          <w:top w:val="nil" w:sz="4" w:color="B9C3C5"/>
          <w:left w:val="nil" w:sz="4" w:color="B9C3C5"/>
          <w:bottom w:val="nil" w:sz="4" w:color="B9C3C5"/>
          <w:right w:val="nil" w:sz="4" w:color="B9C3C5"/>
          <w:insideH w:val="nil" w:sz="4" w:color="B9C3C5"/>
          <w:insideV w:val="nil" w:sz="4" w:color="B9C3C5"/>
        </w:tblBorders>
        <w:tblCellMar>
          <w:left w:w="80" w:type="dxa"/>
          <w:right w:w="80" w:type="dxa"/>
          <w:top w:w="20" w:type="dxa"/>
          <w:bottom w:w="20" w:type="dxa"/>
        </w:tblCellMar>
      </w:tblPr>
      <w:tblGrid>
        <w:gridCol w:w="10546"/>
      </w:tblGrid>
      <w:tr>
        <w:trPr>
          <w:trHeight w:val="340" w:hRule="atLeast"/>
        </w:trPr>
        <w:tc>
          <w:tcPr>
            <w:tcW w:type="dxa" w:w="10545"/>
            <w:vAlign w:val="center"/>
            <w:shd w:val="clear" w:color="auto" w:fill="0E7C7B"/>
          </w:tcPr>
          <w:p>
            <w:pPr>
              <w:spacing w:before="0" w:after="0"/>
              <w:jc w:val="left"/>
            </w:pPr>
            <w:r>
              <w:rPr>
                <w:rFonts w:ascii="Arial" w:hAnsi="Arial"/>
                <w:b/>
                <w:color w:val="FFFFFF"/>
                <w:sz w:val="20"/>
                <w:szCs w:val="20"/>
                <w:bCs/>
              </w:rPr>
              <w:t>New damage at return (if any)</w:t>
            </w:r>
          </w:p>
        </w:tc>
      </w:tr>
    </w:tbl>
    <w:p>
      <w:pPr>
        <w:spacing w:before="0" w:after="0" w:line="24" w:lineRule="exact"/>
        <w:jc w:val="left"/>
      </w:pPr>
      <w:r>
        <w:rPr>
          <w:sz w:val="2"/>
        </w:rPr>
      </w:r>
    </w:p>
    <w:tbl>
      <w:tblPr>
        <w:tblW w:type="auto" w:w="0"/>
        <w:jc w:val="center"/>
        <w:tblLayout w:type="fixed"/>
        <w:tblLook w:firstColumn="1" w:firstRow="1" w:lastColumn="0" w:lastRow="0" w:noHBand="0" w:noVBand="1" w:val="04A0"/>
        <w:tblLayout w:type="fixed"/>
        <w:tblW w:w="10546" w:type="dxa"/>
        <w:tblBorders>
          <w:top w:val="single" w:sz="4" w:color="B9C3C5"/>
          <w:left w:val="single" w:sz="4" w:color="B9C3C5"/>
          <w:bottom w:val="single" w:sz="4" w:color="B9C3C5"/>
          <w:right w:val="single" w:sz="4" w:color="B9C3C5"/>
          <w:insideH w:val="single" w:sz="4" w:color="B9C3C5"/>
          <w:insideV w:val="single" w:sz="4" w:color="B9C3C5"/>
        </w:tblBorders>
        <w:tblCellMar>
          <w:left w:w="80" w:type="dxa"/>
          <w:right w:w="80" w:type="dxa"/>
          <w:top w:w="20" w:type="dxa"/>
          <w:bottom w:w="20" w:type="dxa"/>
        </w:tblCellMar>
      </w:tblPr>
      <w:tblGrid>
        <w:gridCol w:w="10546"/>
      </w:tblGrid>
      <w:tr>
        <w:tc>
          <w:tcPr>
            <w:tcW w:type="dxa" w:w="10545"/>
          </w:tcPr>
          <w:p>
            <w:pPr>
              <w:spacing w:before="60" w:after="0"/>
              <w:jc w:val="center"/>
            </w:pPr>
            <w:r>
              <w:drawing>
                <wp:inline xmlns:a="http://schemas.openxmlformats.org/drawingml/2006/main" xmlns:pic="http://schemas.openxmlformats.org/drawingml/2006/picture">
                  <wp:extent cx="4821120" cy="2297565"/>
                  <wp:docPr id="2" name="Picture 2"/>
                  <wp:cNvGraphicFramePr>
                    <a:graphicFrameLocks noChangeAspect="1"/>
                  </wp:cNvGraphicFramePr>
                  <a:graphic>
                    <a:graphicData uri="http://schemas.openxmlformats.org/drawingml/2006/picture">
                      <pic:pic>
                        <pic:nvPicPr>
                          <pic:cNvPr id="0" name="car-en.png"/>
                          <pic:cNvPicPr/>
                        </pic:nvPicPr>
                        <pic:blipFill>
                          <a:blip r:embed="rId10"/>
                          <a:stretch>
                            <a:fillRect/>
                          </a:stretch>
                        </pic:blipFill>
                        <pic:spPr>
                          <a:xfrm>
                            <a:off x="0" y="0"/>
                            <a:ext cx="4821120" cy="2297565"/>
                          </a:xfrm>
                          <a:prstGeom prst="rect"/>
                        </pic:spPr>
                      </pic:pic>
                    </a:graphicData>
                  </a:graphic>
                </wp:inline>
              </w:drawing>
            </w:r>
          </w:p>
          <w:p>
            <w:pPr>
              <w:spacing w:before="0" w:after="40"/>
              <w:jc w:val="center"/>
            </w:pPr>
            <w:r>
              <w:rPr>
                <w:rFonts w:ascii="Arial" w:hAnsi="Arial"/>
                <w:b w:val="0"/>
                <w:color w:val="5B6B6E"/>
                <w:sz w:val="15"/>
                <w:szCs w:val="15"/>
              </w:rPr>
              <w:t>Mark on the drawing: S = scratch · D = dent · B = broken</w:t>
            </w:r>
          </w:p>
        </w:tc>
      </w:tr>
    </w:tbl>
    <w:p>
      <w:pPr>
        <w:spacing w:before="80" w:after="0"/>
        <w:jc w:val="left"/>
      </w:pPr>
      <w:r>
        <w:rPr>
          <w:rFonts w:ascii="Arial" w:hAnsi="Arial"/>
          <w:b w:val="0"/>
          <w:color w:val="5B6B6E"/>
          <w:sz w:val="15"/>
          <w:szCs w:val="15"/>
        </w:rPr>
        <w:t>Return notes:</w:t>
      </w:r>
    </w:p>
    <w:p>
      <w:pPr>
        <w:spacing w:before="160" w:after="0"/>
        <w:jc w:val="left"/>
      </w:pPr>
      <w:r>
        <w:rPr>
          <w:rFonts w:ascii="Arial" w:hAnsi="Arial"/>
          <w:b w:val="0"/>
          <w:color w:val="8E9A9C"/>
          <w:sz w:val="16"/>
          <w:szCs w:val="16"/>
        </w:rPr>
        <w:t>______________________________________________________________________________________________________________</w:t>
      </w:r>
    </w:p>
    <w:p>
      <w:pPr>
        <w:spacing w:before="160" w:after="0"/>
        <w:jc w:val="left"/>
      </w:pPr>
      <w:r>
        <w:rPr>
          <w:rFonts w:ascii="Arial" w:hAnsi="Arial"/>
          <w:b w:val="0"/>
          <w:color w:val="8E9A9C"/>
          <w:sz w:val="16"/>
          <w:szCs w:val="16"/>
        </w:rPr>
        <w:t>______________________________________________________________________________________________________________</w:t>
      </w:r>
    </w:p>
    <w:p>
      <w:pPr>
        <w:spacing w:before="160" w:after="0"/>
        <w:jc w:val="left"/>
      </w:pPr>
      <w:r>
        <w:rPr>
          <w:rFonts w:ascii="Arial" w:hAnsi="Arial"/>
          <w:b w:val="0"/>
          <w:color w:val="8E9A9C"/>
          <w:sz w:val="16"/>
          <w:szCs w:val="16"/>
        </w:rPr>
        <w:t>______________________________________________________________________________________________________________</w:t>
      </w:r>
    </w:p>
    <w:p>
      <w:pPr>
        <w:spacing w:before="0" w:after="0" w:line="120" w:lineRule="exact"/>
        <w:jc w:val="left"/>
      </w:pPr>
      <w:r>
        <w:rPr>
          <w:sz w:val="2"/>
        </w:rPr>
      </w:r>
    </w:p>
    <w:tbl>
      <w:tblPr>
        <w:tblW w:type="auto" w:w="0"/>
        <w:jc w:val="center"/>
        <w:tblLayout w:type="fixed"/>
        <w:tblLook w:firstColumn="1" w:firstRow="1" w:lastColumn="0" w:lastRow="0" w:noHBand="0" w:noVBand="1" w:val="04A0"/>
        <w:tblLayout w:type="fixed"/>
        <w:tblW w:w="10546" w:type="dxa"/>
        <w:tblBorders>
          <w:top w:val="nil" w:sz="4" w:color="B9C3C5"/>
          <w:left w:val="nil" w:sz="4" w:color="B9C3C5"/>
          <w:bottom w:val="nil" w:sz="4" w:color="B9C3C5"/>
          <w:right w:val="nil" w:sz="4" w:color="B9C3C5"/>
          <w:insideH w:val="nil" w:sz="4" w:color="B9C3C5"/>
          <w:insideV w:val="nil" w:sz="4" w:color="B9C3C5"/>
        </w:tblBorders>
        <w:tblCellMar>
          <w:left w:w="80" w:type="dxa"/>
          <w:right w:w="80" w:type="dxa"/>
          <w:top w:w="20" w:type="dxa"/>
          <w:bottom w:w="20" w:type="dxa"/>
        </w:tblCellMar>
      </w:tblPr>
      <w:tblGrid>
        <w:gridCol w:w="5159"/>
        <w:gridCol w:w="226"/>
        <w:gridCol w:w="5159"/>
      </w:tblGrid>
      <w:tr>
        <w:trPr>
          <w:trHeight w:val="340" w:hRule="atLeast"/>
        </w:trPr>
        <w:tc>
          <w:tcPr>
            <w:tcW w:type="dxa" w:w="5159"/>
            <w:vAlign w:val="center"/>
            <w:tcBorders>
              <w:top w:val="single" w:sz="4" w:color="B9C3C5"/>
              <w:left w:val="single" w:sz="4" w:color="B9C3C5"/>
              <w:right w:val="single" w:sz="4" w:color="B9C3C5"/>
            </w:tcBorders>
          </w:tcPr>
          <w:p>
            <w:pPr>
              <w:spacing w:before="0" w:after="0"/>
              <w:jc w:val="left"/>
            </w:pPr>
            <w:r>
              <w:rPr>
                <w:rFonts w:ascii="Arial" w:hAnsi="Arial"/>
                <w:b/>
                <w:color w:val="12343B"/>
                <w:sz w:val="18"/>
                <w:szCs w:val="18"/>
                <w:bCs/>
              </w:rPr>
              <w:t>Received for the company</w:t>
            </w:r>
          </w:p>
        </w:tc>
        <w:tc>
          <w:tcPr>
            <w:tcW w:type="dxa" w:w="227"/>
          </w:tcPr>
          <w:p/>
        </w:tc>
        <w:tc>
          <w:tcPr>
            <w:tcW w:type="dxa" w:w="5159"/>
            <w:vAlign w:val="center"/>
            <w:tcBorders>
              <w:top w:val="single" w:sz="4" w:color="B9C3C5"/>
              <w:left w:val="single" w:sz="4" w:color="B9C3C5"/>
              <w:right w:val="single" w:sz="4" w:color="B9C3C5"/>
            </w:tcBorders>
          </w:tcPr>
          <w:p>
            <w:pPr>
              <w:spacing w:before="0" w:after="0"/>
              <w:jc w:val="left"/>
            </w:pPr>
            <w:r>
              <w:rPr>
                <w:rFonts w:ascii="Arial" w:hAnsi="Arial"/>
                <w:b/>
                <w:color w:val="12343B"/>
                <w:sz w:val="18"/>
                <w:szCs w:val="18"/>
                <w:bCs/>
              </w:rPr>
              <w:t>Employee</w:t>
            </w:r>
          </w:p>
        </w:tc>
      </w:tr>
      <w:tr>
        <w:trPr>
          <w:trHeight w:val="454" w:hRule="atLeast"/>
        </w:trPr>
        <w:tc>
          <w:tcPr>
            <w:tcW w:type="dxa" w:w="5159"/>
            <w:vAlign w:val="center"/>
            <w:tcBorders>
              <w:left w:val="single" w:sz="4" w:color="B9C3C5"/>
              <w:right w:val="single" w:sz="4" w:color="B9C3C5"/>
            </w:tcBorders>
          </w:tcPr>
          <w:p>
            <w:pPr>
              <w:spacing w:before="0" w:after="0"/>
              <w:jc w:val="left"/>
            </w:pPr>
            <w:r>
              <w:rPr>
                <w:rFonts w:ascii="Arial" w:hAnsi="Arial"/>
                <w:b w:val="0"/>
                <w:color w:val="12343B"/>
                <w:sz w:val="17"/>
                <w:szCs w:val="17"/>
              </w:rPr>
              <w:t>Name: ____________________   Date: ____________</w:t>
            </w:r>
          </w:p>
        </w:tc>
        <w:tc>
          <w:tcPr>
            <w:tcW w:type="dxa" w:w="227"/>
          </w:tcPr>
          <w:p/>
        </w:tc>
        <w:tc>
          <w:tcPr>
            <w:tcW w:type="dxa" w:w="5159"/>
            <w:vAlign w:val="center"/>
            <w:tcBorders>
              <w:left w:val="single" w:sz="4" w:color="B9C3C5"/>
              <w:right w:val="single" w:sz="4" w:color="B9C3C5"/>
            </w:tcBorders>
          </w:tcPr>
          <w:p>
            <w:pPr>
              <w:spacing w:before="0" w:after="0"/>
              <w:jc w:val="left"/>
            </w:pPr>
            <w:r>
              <w:rPr>
                <w:rFonts w:ascii="Arial" w:hAnsi="Arial"/>
                <w:b w:val="0"/>
                <w:color w:val="12343B"/>
                <w:sz w:val="17"/>
                <w:szCs w:val="17"/>
              </w:rPr>
              <w:t>Name: ____________________   Date: ____________</w:t>
            </w:r>
          </w:p>
        </w:tc>
      </w:tr>
      <w:tr>
        <w:trPr>
          <w:trHeight w:val="454" w:hRule="atLeast"/>
        </w:trPr>
        <w:tc>
          <w:tcPr>
            <w:tcW w:type="dxa" w:w="5159"/>
            <w:vAlign w:val="center"/>
            <w:tcBorders>
              <w:bottom w:val="single" w:sz="4" w:color="B9C3C5"/>
              <w:left w:val="single" w:sz="4" w:color="B9C3C5"/>
              <w:right w:val="single" w:sz="4" w:color="B9C3C5"/>
            </w:tcBorders>
          </w:tcPr>
          <w:p>
            <w:pPr>
              <w:spacing w:before="0" w:after="0"/>
              <w:jc w:val="left"/>
            </w:pPr>
            <w:r>
              <w:rPr>
                <w:rFonts w:ascii="Arial" w:hAnsi="Arial"/>
                <w:b w:val="0"/>
                <w:color w:val="12343B"/>
                <w:sz w:val="17"/>
                <w:szCs w:val="17"/>
              </w:rPr>
              <w:t>Signature: __________________________________</w:t>
            </w:r>
          </w:p>
        </w:tc>
        <w:tc>
          <w:tcPr>
            <w:tcW w:type="dxa" w:w="227"/>
          </w:tcPr>
          <w:p/>
        </w:tc>
        <w:tc>
          <w:tcPr>
            <w:tcW w:type="dxa" w:w="5159"/>
            <w:vAlign w:val="center"/>
            <w:tcBorders>
              <w:bottom w:val="single" w:sz="4" w:color="B9C3C5"/>
              <w:left w:val="single" w:sz="4" w:color="B9C3C5"/>
              <w:right w:val="single" w:sz="4" w:color="B9C3C5"/>
            </w:tcBorders>
          </w:tcPr>
          <w:p>
            <w:pPr>
              <w:spacing w:before="0" w:after="0"/>
              <w:jc w:val="left"/>
            </w:pPr>
            <w:r>
              <w:rPr>
                <w:rFonts w:ascii="Arial" w:hAnsi="Arial"/>
                <w:b w:val="0"/>
                <w:color w:val="12343B"/>
                <w:sz w:val="17"/>
                <w:szCs w:val="17"/>
              </w:rPr>
              <w:t>Signature: __________________________________</w:t>
            </w:r>
          </w:p>
        </w:tc>
      </w:tr>
    </w:tbl>
    <w:p>
      <w:pPr>
        <w:spacing w:before="280" w:after="0"/>
        <w:jc w:val="left"/>
      </w:pPr>
      <w:r>
        <w:rPr>
          <w:rFonts w:ascii="Arial" w:hAnsi="Arial"/>
          <w:b w:val="0"/>
          <w:color w:val="5B6B6E"/>
          <w:sz w:val="15"/>
          <w:szCs w:val="15"/>
        </w:rPr>
        <w:t>A guidance template from Sayarti+ for organising work inside your company. It is not an official document or legal advice. Check your country's labour rules or a legal adviser if you need binding wording.</w:t>
      </w:r>
    </w:p>
    <w:sectPr w:rsidR="00FC693F" w:rsidRPr="0006063C" w:rsidSect="00034616">
      <w:footerReference w:type="default" r:id="rId9"/>
      <w:pgSz w:w="11906" w:h="16838"/>
      <w:pgMar w:top="567" w:right="680" w:bottom="567" w:left="680" w:header="283" w:footer="283"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before="0" w:after="0"/>
      <w:jc w:val="center"/>
    </w:pPr>
    <w:r>
      <w:rPr>
        <w:rFonts w:ascii="Arial" w:hAnsi="Arial"/>
        <w:b w:val="0"/>
        <w:color w:val="5B6B6E"/>
        <w:sz w:val="15"/>
        <w:szCs w:val="15"/>
      </w:rPr>
      <w:t>From Sayarti+ — sayartiplus.com · Not affiliated with any government entity</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before="0" w:after="0" w:line="240" w:lineRule="auto"/>
    </w:pPr>
    <w:rPr>
      <w:rFonts w:ascii="Arial" w:hAnsi="Arial" w:cs="Arial" w:eastAsia="Arial"/>
      <w:sz w:val="18"/>
      <w:szCs w:val="18"/>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Vehicle handover and return form</dc:title>
  <dc:subject/>
  <dc:creator>Sayarti+</dc:creator>
  <cp:keywords/>
  <dc:description>From Sayarti+ — sayartiplus.com</dc:description>
  <cp:lastModifiedBy/>
  <cp:revision>1</cp:revision>
  <dcterms:created xsi:type="dcterms:W3CDTF">2013-12-23T23:15:00Z</dcterms:created>
  <dcterms:modified xsi:type="dcterms:W3CDTF">2013-12-23T23:15:00Z</dcterms:modified>
  <cp:category/>
</cp:coreProperties>
</file>